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Letterhead"/>
        <w:tblW w:w="9480" w:type="dxa"/>
        <w:tblLook w:val="0620" w:firstRow="1" w:lastRow="0" w:firstColumn="0" w:lastColumn="0" w:noHBand="1" w:noVBand="1"/>
      </w:tblPr>
      <w:tblGrid>
        <w:gridCol w:w="2400"/>
        <w:gridCol w:w="7080"/>
      </w:tblGrid>
      <w:tr w:rsidR="00564BB1" w14:paraId="41BFD5BD" w14:textId="77777777" w:rsidTr="00756BA2">
        <w:trPr>
          <w:cantSplit/>
        </w:trPr>
        <w:tc>
          <w:tcPr>
            <w:tcW w:w="2400" w:type="dxa"/>
          </w:tcPr>
          <w:p w14:paraId="65D5EFEC" w14:textId="5844B44B" w:rsidR="00564BB1" w:rsidRDefault="00564BB1" w:rsidP="00756BA2">
            <w:pPr>
              <w:pStyle w:val="ZFlag"/>
            </w:pPr>
          </w:p>
        </w:tc>
        <w:tc>
          <w:tcPr>
            <w:tcW w:w="7080" w:type="dxa"/>
          </w:tcPr>
          <w:p w14:paraId="2854369C" w14:textId="2D0FF55D" w:rsidR="00564BB1" w:rsidRDefault="00564BB1" w:rsidP="00756BA2">
            <w:pPr>
              <w:pStyle w:val="ZDGName"/>
              <w:rPr>
                <w:b/>
              </w:rPr>
            </w:pPr>
          </w:p>
        </w:tc>
      </w:tr>
    </w:tbl>
    <w:p w14:paraId="7601AD93" w14:textId="70A6E119" w:rsidR="003D7DC2" w:rsidRPr="00A4261D" w:rsidRDefault="00A816BA" w:rsidP="009D0EF9">
      <w:pPr>
        <w:pStyle w:val="Title"/>
        <w:spacing w:before="360" w:after="360" w:line="360" w:lineRule="auto"/>
        <w:jc w:val="center"/>
        <w:rPr>
          <w:rFonts w:ascii="EC Square Sans Cond Pro" w:hAnsi="EC Square Sans Cond Pro" w:cstheme="minorHAnsi"/>
          <w:sz w:val="28"/>
          <w:szCs w:val="28"/>
        </w:rPr>
      </w:pPr>
      <w:r>
        <w:rPr>
          <w:rFonts w:ascii="EC Square Sans Cond Pro" w:hAnsi="EC Square Sans Cond Pro"/>
        </w:rPr>
        <w:t>S</w:t>
      </w:r>
      <w:r w:rsidRPr="00A816BA">
        <w:rPr>
          <w:rFonts w:ascii="EC Square Sans Cond Pro" w:hAnsi="EC Square Sans Cond Pro"/>
        </w:rPr>
        <w:t>ELECTION OF TEMPORARY STAFF</w:t>
      </w:r>
      <w:r w:rsidRPr="00A816BA">
        <w:rPr>
          <w:rFonts w:ascii="EC Square Sans Cond Pro" w:hAnsi="EC Square Sans Cond Pro"/>
        </w:rPr>
        <w:br/>
        <w:t>APPLICATION FORM</w:t>
      </w:r>
      <w:r w:rsidRPr="00A816BA">
        <w:rPr>
          <w:rFonts w:ascii="EC Square Sans Cond Pro" w:hAnsi="EC Square Sans Cond Pro" w:cstheme="minorHAnsi"/>
          <w:sz w:val="28"/>
          <w:szCs w:val="28"/>
        </w:rPr>
        <w:t xml:space="preserve"> </w:t>
      </w:r>
    </w:p>
    <w:tbl>
      <w:tblPr>
        <w:tblStyle w:val="TableGrid"/>
        <w:tblW w:w="6173" w:type="dxa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3"/>
      </w:tblGrid>
      <w:tr w:rsidR="003D7DC2" w:rsidRPr="00A4261D" w14:paraId="214A9F0D" w14:textId="77777777" w:rsidTr="0018351C">
        <w:tc>
          <w:tcPr>
            <w:tcW w:w="6173" w:type="dxa"/>
            <w:tcBorders>
              <w:bottom w:val="single" w:sz="4" w:space="0" w:color="auto"/>
            </w:tcBorders>
            <w:vAlign w:val="center"/>
          </w:tcPr>
          <w:p w14:paraId="396CE2EE" w14:textId="1AE66DF1" w:rsidR="003D7DC2" w:rsidRPr="00A4261D" w:rsidRDefault="008C6446" w:rsidP="0018351C">
            <w:pPr>
              <w:rPr>
                <w:rFonts w:ascii="EC Square Sans Cond Pro" w:hAnsi="EC Square Sans Cond Pro" w:cstheme="minorHAnsi"/>
                <w:color w:val="F2F2F2" w:themeColor="background1" w:themeShade="F2"/>
                <w:highlight w:val="lightGray"/>
                <w:lang w:val="en-IE"/>
              </w:rPr>
            </w:pPr>
            <w:r w:rsidRPr="00A4261D">
              <w:rPr>
                <w:rFonts w:ascii="EC Square Sans Cond Pro" w:eastAsiaTheme="minorHAnsi" w:hAnsi="EC Square Sans Cond Pro" w:cstheme="minorHAnsi"/>
                <w:b/>
                <w:szCs w:val="24"/>
              </w:rPr>
              <w:t xml:space="preserve">Selection reference: </w:t>
            </w:r>
            <w:r w:rsidR="00F5168B">
              <w:rPr>
                <w:rFonts w:ascii="EC Square Sans Cond Pro" w:eastAsiaTheme="minorHAnsi" w:hAnsi="EC Square Sans Cond Pro" w:cstheme="minorHAnsi"/>
                <w:b/>
                <w:szCs w:val="24"/>
              </w:rPr>
              <w:t>COM/TA/HR.DS/2026-2/AST-</w:t>
            </w:r>
            <w:r w:rsidR="00482A93">
              <w:rPr>
                <w:rFonts w:ascii="EC Square Sans Cond Pro" w:eastAsiaTheme="minorHAnsi" w:hAnsi="EC Square Sans Cond Pro" w:cstheme="minorHAnsi"/>
                <w:b/>
                <w:szCs w:val="24"/>
              </w:rPr>
              <w:t>SC</w:t>
            </w:r>
          </w:p>
        </w:tc>
      </w:tr>
    </w:tbl>
    <w:p w14:paraId="46C4805A" w14:textId="77777777" w:rsidR="003D7DC2" w:rsidRPr="00A4261D" w:rsidRDefault="003D7DC2" w:rsidP="003D7DC2">
      <w:pPr>
        <w:rPr>
          <w:rFonts w:ascii="EC Square Sans Cond Pro" w:hAnsi="EC Square Sans Cond Pro"/>
        </w:rPr>
      </w:pPr>
    </w:p>
    <w:tbl>
      <w:tblPr>
        <w:tblStyle w:val="TableGrid"/>
        <w:tblW w:w="960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3D7DC2" w:rsidRPr="00A4261D" w14:paraId="7EC09D21" w14:textId="77777777" w:rsidTr="0018351C">
        <w:tc>
          <w:tcPr>
            <w:tcW w:w="9606" w:type="dxa"/>
            <w:shd w:val="clear" w:color="auto" w:fill="D9D9D9" w:themeFill="background1" w:themeFillShade="D9"/>
          </w:tcPr>
          <w:p w14:paraId="5AC3642A" w14:textId="77777777" w:rsidR="00F42229" w:rsidRDefault="00F6488E" w:rsidP="00F6488E">
            <w:pPr>
              <w:pStyle w:val="EndnoteText"/>
              <w:rPr>
                <w:rFonts w:ascii="EC Square Sans Cond Pro" w:hAnsi="EC Square Sans Cond Pro" w:cstheme="minorHAnsi"/>
                <w:b/>
                <w:bCs/>
                <w:lang w:val="en-US"/>
              </w:rPr>
            </w:pPr>
            <w:r w:rsidRPr="00F6488E">
              <w:rPr>
                <w:rFonts w:ascii="EC Square Sans Cond Pro" w:hAnsi="EC Square Sans Cond Pro" w:cstheme="minorHAnsi"/>
                <w:b/>
                <w:bCs/>
                <w:lang w:val="en-US"/>
              </w:rPr>
              <w:t xml:space="preserve">YOU MUST FILL IN THE APPLICATION FORM COMPLETELY. FAILURE TO DO THIS MAY RESULT IN YOUR APPLICATION BEING REJECTED. </w:t>
            </w:r>
          </w:p>
          <w:p w14:paraId="4A73E06B" w14:textId="33BC52DB" w:rsidR="00F6488E" w:rsidRPr="00F6488E" w:rsidRDefault="00F6488E" w:rsidP="00F6488E">
            <w:pPr>
              <w:pStyle w:val="EndnoteText"/>
              <w:rPr>
                <w:rFonts w:ascii="EC Square Sans Cond Pro" w:hAnsi="EC Square Sans Cond Pro" w:cstheme="minorHAnsi"/>
                <w:b/>
                <w:bCs/>
                <w:lang w:val="en-US"/>
              </w:rPr>
            </w:pPr>
            <w:r w:rsidRPr="00F6488E">
              <w:rPr>
                <w:rFonts w:ascii="EC Square Sans Cond Pro" w:hAnsi="EC Square Sans Cond Pro" w:cstheme="minorHAnsi"/>
                <w:b/>
                <w:bCs/>
                <w:lang w:val="en-US"/>
              </w:rPr>
              <w:t>PLEASE USE ENGLISH TO FILL IN THE FORM.</w:t>
            </w:r>
          </w:p>
          <w:p w14:paraId="62645111" w14:textId="55ED43C7" w:rsidR="00F6488E" w:rsidRPr="00F6488E" w:rsidRDefault="00F6488E" w:rsidP="00F6488E">
            <w:pPr>
              <w:pStyle w:val="EndnoteText"/>
              <w:ind w:left="284" w:hanging="284"/>
              <w:rPr>
                <w:rFonts w:ascii="EC Square Sans Cond Pro" w:hAnsi="EC Square Sans Cond Pro" w:cstheme="minorHAnsi"/>
                <w:b/>
                <w:bCs/>
                <w:lang w:val="en-US"/>
              </w:rPr>
            </w:pPr>
            <w:r w:rsidRPr="00F6488E">
              <w:rPr>
                <w:rFonts w:ascii="EC Square Sans Cond Pro" w:hAnsi="EC Square Sans Cond Pro" w:cstheme="minorHAnsi"/>
                <w:b/>
                <w:bCs/>
                <w:lang w:val="en-US"/>
              </w:rPr>
              <w:t>SAVE THE DOCUMENT IN .DOCX FORMAT</w:t>
            </w:r>
            <w:r>
              <w:rPr>
                <w:rFonts w:ascii="EC Square Sans Cond Pro" w:hAnsi="EC Square Sans Cond Pro" w:cstheme="minorHAnsi"/>
                <w:b/>
                <w:bCs/>
                <w:lang w:val="en-US"/>
              </w:rPr>
              <w:t xml:space="preserve"> -</w:t>
            </w:r>
            <w:r w:rsidRPr="00F6488E">
              <w:rPr>
                <w:rFonts w:ascii="EC Square Sans Cond Pro" w:hAnsi="EC Square Sans Cond Pro" w:cstheme="minorHAnsi"/>
                <w:b/>
                <w:bCs/>
                <w:lang w:val="en-US"/>
              </w:rPr>
              <w:t xml:space="preserve"> DO NOT PRINT AND SCAN.</w:t>
            </w:r>
          </w:p>
          <w:p w14:paraId="7B7CD33C" w14:textId="3D86F21C" w:rsidR="003D7DC2" w:rsidRPr="00A4261D" w:rsidRDefault="00F6488E" w:rsidP="00F6488E">
            <w:pPr>
              <w:rPr>
                <w:rFonts w:ascii="EC Square Sans Cond Pro" w:hAnsi="EC Square Sans Cond Pro"/>
              </w:rPr>
            </w:pPr>
            <w:r w:rsidRPr="00F6488E">
              <w:rPr>
                <w:rFonts w:ascii="EC Square Sans Cond Pro" w:hAnsi="EC Square Sans Cond Pro" w:cstheme="minorHAnsi"/>
                <w:b/>
                <w:bCs/>
                <w:sz w:val="20"/>
                <w:szCs w:val="20"/>
              </w:rPr>
              <w:t>SUBMIT IT ONLY IN ELECTRONIC .DOCX FORMAT BY EMAIL ALONG WITH ALL SUPPORTING DOCUMENTS.</w:t>
            </w:r>
          </w:p>
        </w:tc>
      </w:tr>
    </w:tbl>
    <w:p w14:paraId="3E58F067" w14:textId="77777777" w:rsidR="003D7DC2" w:rsidRPr="00A4261D" w:rsidRDefault="003D7DC2" w:rsidP="003D7DC2">
      <w:pPr>
        <w:rPr>
          <w:rFonts w:ascii="EC Square Sans Cond Pro" w:hAnsi="EC Square Sans Cond Pro"/>
        </w:rPr>
      </w:pPr>
    </w:p>
    <w:p w14:paraId="5D06E10E" w14:textId="77777777" w:rsidR="00FC28E5" w:rsidRPr="00A4261D" w:rsidRDefault="003E1A47" w:rsidP="00564BB1">
      <w:pPr>
        <w:pStyle w:val="Subtitle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1. PERSONAL INFORMATION</w:t>
      </w:r>
    </w:p>
    <w:p w14:paraId="6BF4B82A" w14:textId="47DAEECF" w:rsidR="00FC28E5" w:rsidRPr="00B4235D" w:rsidRDefault="003E1A47">
      <w:pPr>
        <w:rPr>
          <w:rFonts w:ascii="EC Square Sans Cond Pro" w:hAnsi="EC Square Sans Cond Pro"/>
          <w:b/>
          <w:bCs/>
        </w:rPr>
      </w:pPr>
      <w:r w:rsidRPr="00A4261D">
        <w:rPr>
          <w:rFonts w:ascii="EC Square Sans Cond Pro" w:hAnsi="EC Square Sans Cond Pro"/>
        </w:rPr>
        <w:t xml:space="preserve">First Name: </w:t>
      </w:r>
      <w:sdt>
        <w:sdtPr>
          <w:rPr>
            <w:rFonts w:ascii="EC Square Sans Cond Pro" w:hAnsi="EC Square Sans Cond Pro"/>
            <w:highlight w:val="yellow"/>
            <w:bdr w:val="single" w:sz="4" w:space="0" w:color="auto" w:frame="1"/>
          </w:rPr>
          <w:tag w:val="FirstName"/>
          <w:id w:val="873812323"/>
          <w:placeholder>
            <w:docPart w:val="1936E9CD329744ADBFDD561C2EBED71D"/>
          </w:placeholder>
          <w:text/>
        </w:sdtPr>
        <w:sdtEndPr/>
        <w:sdtContent>
          <w:r w:rsidR="00061920">
            <w:rPr>
              <w:rFonts w:ascii="EC Square Sans Cond Pro" w:hAnsi="EC Square Sans Cond Pro"/>
              <w:highlight w:val="yellow"/>
              <w:bdr w:val="single" w:sz="4" w:space="0" w:color="auto" w:frame="1"/>
            </w:rPr>
            <w:t xml:space="preserve">  </w:t>
          </w:r>
          <w:r w:rsidR="00061920" w:rsidRPr="00B26D35">
            <w:rPr>
              <w:rFonts w:ascii="EC Square Sans Cond Pro" w:hAnsi="EC Square Sans Cond Pro"/>
              <w:highlight w:val="yellow"/>
              <w:bdr w:val="single" w:sz="4" w:space="0" w:color="auto" w:frame="1"/>
            </w:rPr>
            <w:t>Please fill in here</w:t>
          </w:r>
          <w:r w:rsidR="00061920">
            <w:rPr>
              <w:rFonts w:ascii="EC Square Sans Cond Pro" w:hAnsi="EC Square Sans Cond Pro"/>
              <w:highlight w:val="yellow"/>
              <w:bdr w:val="single" w:sz="4" w:space="0" w:color="auto" w:frame="1"/>
            </w:rPr>
            <w:t xml:space="preserve"> </w:t>
          </w:r>
        </w:sdtContent>
      </w:sdt>
    </w:p>
    <w:p w14:paraId="264A1A8C" w14:textId="4CED0847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Last Name: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LastName"/>
          <w:id w:val="-1624148044"/>
          <w:placeholder>
            <w:docPart w:val="EF287693973D453BB4B37326685060DE"/>
          </w:placeholder>
          <w:showingPlcHdr/>
          <w:text/>
        </w:sdtPr>
        <w:sdtEndPr/>
        <w:sdtContent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</w:t>
          </w:r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="0006192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</w:sdtContent>
      </w:sdt>
    </w:p>
    <w:p w14:paraId="03E926EF" w14:textId="263706EF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Nationality: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Nationality"/>
          <w:id w:val="-1854644580"/>
          <w:placeholder>
            <w:docPart w:val="6C993446150C44B79B179AC1C5736E13"/>
          </w:placeholder>
          <w:showingPlcHdr/>
          <w:text/>
        </w:sdtPr>
        <w:sdtEndPr/>
        <w:sdtContent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22874989" w14:textId="2811C303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House No / Street: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HouseNoStreet"/>
          <w:id w:val="-640653122"/>
          <w:placeholder>
            <w:docPart w:val="EF3697435EBE4F64939B3CD496CA396B"/>
          </w:placeholder>
          <w:showingPlcHdr/>
          <w:text/>
        </w:sdtPr>
        <w:sdtEndPr/>
        <w:sdtContent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3B1CD4C7" w14:textId="4C7308CE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City: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City"/>
          <w:id w:val="-1541269058"/>
          <w:placeholder>
            <w:docPart w:val="5B5A6BF587ED4E35A4B5257B57536677"/>
          </w:placeholder>
          <w:showingPlcHdr/>
          <w:text/>
        </w:sdtPr>
        <w:sdtEndPr/>
        <w:sdtContent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</w:t>
          </w:r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</w:sdtContent>
      </w:sdt>
    </w:p>
    <w:p w14:paraId="5C1B9F1F" w14:textId="7425A1F2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Zip Code: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ZipCode"/>
          <w:id w:val="-798525907"/>
          <w:placeholder>
            <w:docPart w:val="8F414C32531949A29D5CABF2E7538068"/>
          </w:placeholder>
          <w:showingPlcHdr/>
          <w:text/>
        </w:sdtPr>
        <w:sdtEndPr/>
        <w:sdtContent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2AB45762" w14:textId="08837838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Country: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Country"/>
          <w:id w:val="-433753435"/>
          <w:text/>
        </w:sdtPr>
        <w:sdtEndPr/>
        <w:sdtContent>
          <w:r w:rsidR="000444CC"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</w:sdtContent>
      </w:sdt>
    </w:p>
    <w:p w14:paraId="63890C63" w14:textId="602131AD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Email: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Email"/>
          <w:id w:val="1947038625"/>
          <w:text/>
        </w:sdtPr>
        <w:sdtEndPr/>
        <w:sdtContent>
          <w:r w:rsidR="000444CC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</w:sdtContent>
      </w:sdt>
    </w:p>
    <w:p w14:paraId="1BAD1E3D" w14:textId="6E744B43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Mobile: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Mobile"/>
          <w:id w:val="1013196493"/>
          <w:text/>
        </w:sdtPr>
        <w:sdtEndPr/>
        <w:sdtContent>
          <w:r w:rsidR="000444CC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with </w:t>
          </w:r>
          <w:r w:rsidR="00670F14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international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code</w:t>
          </w:r>
        </w:sdtContent>
      </w:sdt>
      <w:r w:rsidR="004A31FA" w:rsidRPr="00A4261D">
        <w:rPr>
          <w:rFonts w:ascii="EC Square Sans Cond Pro" w:hAnsi="EC Square Sans Cond Pro"/>
        </w:rPr>
        <w:t xml:space="preserve">   </w:t>
      </w:r>
    </w:p>
    <w:p w14:paraId="5B6DCFB1" w14:textId="142C9D8A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Date of Birth: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DateOfBirth"/>
          <w:id w:val="-850415999"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 date</w:t>
          </w:r>
        </w:sdtContent>
      </w:sdt>
    </w:p>
    <w:p w14:paraId="1EC5A8B9" w14:textId="53C3AF06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Gender: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Gender"/>
          <w:id w:val="-265698354"/>
          <w:placeholder>
            <w:docPart w:val="AC55D6CD496D4AD3ACE1EBCB669F0A4E"/>
          </w:placeholder>
          <w:dropDownList>
            <w:listItem w:displayText="Male" w:value="Male"/>
            <w:listItem w:displayText="Female" w:value="Female"/>
            <w:listItem w:displayText="Other" w:value="Other"/>
          </w:dropDownList>
        </w:sdtPr>
        <w:sdtEndPr/>
        <w:sdtContent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</w:sdtContent>
      </w:sdt>
    </w:p>
    <w:p w14:paraId="1FE67882" w14:textId="77777777" w:rsidR="00FC28E5" w:rsidRPr="00A4261D" w:rsidRDefault="003E1A47" w:rsidP="00564BB1">
      <w:pPr>
        <w:pStyle w:val="Subtitle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2. ELIGIBILITY</w:t>
      </w:r>
    </w:p>
    <w:p w14:paraId="67A9C8A6" w14:textId="06B5F4C0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lastRenderedPageBreak/>
        <w:t xml:space="preserve">EU Citizenship: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EUCitizenship"/>
          <w:id w:val="753860390"/>
          <w:placeholder>
            <w:docPart w:val="241935DE6BC249EB8A40A2D7EFF990B4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="002713FB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="002713FB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778375B2" w14:textId="7F369CD3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Military Service Completed</w:t>
      </w:r>
      <w:r w:rsidR="00952153">
        <w:rPr>
          <w:rStyle w:val="EndnoteReference"/>
          <w:rFonts w:ascii="EC Square Sans Cond Pro" w:hAnsi="EC Square Sans Cond Pro"/>
        </w:rPr>
        <w:endnoteReference w:id="1"/>
      </w:r>
      <w:r w:rsidRPr="00A4261D">
        <w:rPr>
          <w:rFonts w:ascii="EC Square Sans Cond Pro" w:hAnsi="EC Square Sans Cond Pro"/>
        </w:rPr>
        <w:t xml:space="preserve">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MilitaryService"/>
          <w:id w:val="-960879822"/>
          <w:placeholder>
            <w:docPart w:val="6E2296FCAB3845958F81DAB07FA6D84A"/>
          </w:placeholder>
          <w:showingPlcHdr/>
          <w:dropDownList>
            <w:listItem w:displayText="Yes" w:value="Yes"/>
            <w:listItem w:displayText="No" w:value="No"/>
            <w:listItem w:displayText="N/A" w:value="N/A"/>
          </w:dropDownList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0947355D" w14:textId="29EEF28C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Criminal Record: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CriminalRecord"/>
          <w:id w:val="2067147712"/>
          <w:placeholder>
            <w:docPart w:val="D70BA089BD6A45E58365FFD58F344D89"/>
          </w:placeholder>
          <w:showingPlcHdr/>
          <w:dropDownList>
            <w:listItem w:displayText="Clean" w:value="Clean"/>
            <w:listItem w:displayText="Not Clean" w:value="Not Clean"/>
          </w:dropDownList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0BD6E277" w14:textId="63148126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Driving Licence: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DrivingLicence"/>
          <w:id w:val="-1473817263"/>
          <w:placeholder>
            <w:docPart w:val="51AE14E33D8848A4AD037909713B5E96"/>
          </w:placeholder>
          <w:showingPlcHdr/>
          <w:dropDownList>
            <w:listItem w:displayText="B" w:value="B"/>
            <w:listItem w:displayText="C" w:value="C"/>
            <w:listItem w:displayText="Other" w:value="Other"/>
          </w:dropDownList>
        </w:sdtPr>
        <w:sdtEndPr/>
        <w:sdtContent>
          <w:r w:rsidR="002713FB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="002713FB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4DBAB31D" w14:textId="77777777" w:rsidR="00FC28E5" w:rsidRPr="00A4261D" w:rsidRDefault="003E1A47" w:rsidP="00564BB1">
      <w:pPr>
        <w:pStyle w:val="Subtitle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3. EDUCATION AND TRAINING</w:t>
      </w:r>
    </w:p>
    <w:p w14:paraId="0E764F1B" w14:textId="1627B022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Highest Education Level: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HighestEducation"/>
          <w:id w:val="1384218237"/>
          <w:placeholder>
            <w:docPart w:val="9C784CDE255745E8BACA04E1CB789C39"/>
          </w:placeholder>
          <w:showingPlcHdr/>
          <w:dropDownList>
            <w:listItem w:displayText="Secondary" w:value="Secondary"/>
            <w:listItem w:displayText="Post-Secondary" w:value="Post-Secondary"/>
            <w:listItem w:displayText="Professional Training" w:value="Professional Training"/>
          </w:dropDownList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7C2423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6BC5840A" w14:textId="795A995E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Diploma Title</w:t>
      </w:r>
      <w:r w:rsidR="00952153">
        <w:rPr>
          <w:rStyle w:val="EndnoteReference"/>
          <w:rFonts w:ascii="EC Square Sans Cond Pro" w:hAnsi="EC Square Sans Cond Pro"/>
        </w:rPr>
        <w:endnoteReference w:id="2"/>
      </w:r>
      <w:r w:rsidRPr="00A4261D">
        <w:rPr>
          <w:rFonts w:ascii="EC Square Sans Cond Pro" w:hAnsi="EC Square Sans Cond Pro"/>
        </w:rPr>
        <w:t xml:space="preserve">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DiplomaTitle"/>
          <w:id w:val="-605891713"/>
          <w:placeholder>
            <w:docPart w:val="15E9E3BBCBA942B39B33C5C240ECDC8E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13676D8B" w14:textId="129314CA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Institution / Academy Name: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InstitutionName"/>
          <w:id w:val="555288422"/>
          <w:placeholder>
            <w:docPart w:val="817C5C6866B04C5786E0AB36732DF087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</w:sdtContent>
      </w:sdt>
    </w:p>
    <w:p w14:paraId="01E2355B" w14:textId="18BE8F88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Country of Issue: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CountryOfIssue"/>
          <w:id w:val="568775180"/>
          <w:placeholder>
            <w:docPart w:val="F295B577AACB4F238EF2CAD409CFC84B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5E259EF3" w14:textId="77777777" w:rsidR="00FC28E5" w:rsidRPr="00A4261D" w:rsidRDefault="003E1A47" w:rsidP="00564BB1">
      <w:pPr>
        <w:pStyle w:val="Subtitle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4. PROFESSIONAL EXPERIENCE</w:t>
      </w:r>
    </w:p>
    <w:p w14:paraId="644FC7A3" w14:textId="4AF1D7C9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Total Years of Experience: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TotalYearsExperience"/>
          <w:id w:val="1832334834"/>
          <w:placeholder>
            <w:docPart w:val="BD3F902DD6B340248A749ED6AAB0AFED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6E44E2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63AAB69E" w14:textId="3AF023F8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Last Employer / Unit: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LastEmployer"/>
          <w:id w:val="-889339865"/>
          <w:placeholder>
            <w:docPart w:val="0F484FCACC954F859FA809E231674573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2C2EF5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272CB5A6" w14:textId="5825949F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Main Duties Performed: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MainDuties"/>
          <w:id w:val="-296986461"/>
          <w:placeholder>
            <w:docPart w:val="AC5AB8EA8285451281F1B36DC442C7B7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  <w:r w:rsidR="002C2EF5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79416A82" w14:textId="4945EE7A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Rank / Grade: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RankGrade"/>
          <w:id w:val="-1039815077"/>
          <w:placeholder>
            <w:docPart w:val="0ED51582CF2B4CC4A5F7E836C194F11C"/>
          </w:placeholder>
          <w:showingPlcHdr/>
          <w:text/>
        </w:sdtPr>
        <w:sdtEndPr/>
        <w:sdtContent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2C2EF5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5D9FE8D2" w14:textId="751C6F81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Sector: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Sector"/>
          <w:id w:val="1061987097"/>
          <w:dropDownList>
            <w:listItem w:displayText="Police" w:value="Police"/>
            <w:listItem w:displayText="Military" w:value="Military"/>
            <w:listItem w:displayText="Intelligence" w:value="Intelligence"/>
          </w:dropDownList>
        </w:sdtPr>
        <w:sdtEndPr/>
        <w:sdtContent>
          <w:r w:rsidR="002C2EF5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</w:sdtContent>
      </w:sdt>
    </w:p>
    <w:p w14:paraId="5AB3BA32" w14:textId="77777777" w:rsidR="00FC28E5" w:rsidRPr="00A4261D" w:rsidRDefault="003E1A47" w:rsidP="00564BB1">
      <w:pPr>
        <w:pStyle w:val="Subtitle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5. LANGUAGE SKILLS</w:t>
      </w:r>
    </w:p>
    <w:p w14:paraId="1275EE57" w14:textId="7F043E2B" w:rsidR="00611311" w:rsidRPr="00A4261D" w:rsidRDefault="00611311" w:rsidP="00611311">
      <w:pPr>
        <w:spacing w:before="120" w:after="120" w:line="240" w:lineRule="atLeast"/>
        <w:rPr>
          <w:rFonts w:ascii="EC Square Sans Cond Pro" w:hAnsi="EC Square Sans Cond Pro" w:cstheme="minorHAnsi"/>
        </w:rPr>
      </w:pPr>
      <w:r w:rsidRPr="00A4261D">
        <w:rPr>
          <w:rFonts w:ascii="EC Square Sans Cond Pro" w:hAnsi="EC Square Sans Cond Pro" w:cstheme="minorHAnsi"/>
        </w:rPr>
        <w:t xml:space="preserve">I speak </w:t>
      </w:r>
      <w:r w:rsidR="004E4205" w:rsidRPr="00A4261D">
        <w:rPr>
          <w:rFonts w:ascii="EC Square Sans Cond Pro" w:hAnsi="EC Square Sans Cond Pro" w:cstheme="minorHAnsi"/>
        </w:rPr>
        <w:t xml:space="preserve">English </w:t>
      </w:r>
      <w:r w:rsidRPr="00A4261D">
        <w:rPr>
          <w:rFonts w:ascii="EC Square Sans Cond Pro" w:hAnsi="EC Square Sans Cond Pro" w:cstheme="minorHAnsi"/>
        </w:rPr>
        <w:t>at least at level C1 of the Common European Framework of</w:t>
      </w:r>
      <w:r w:rsidR="00063F41" w:rsidRPr="00A4261D">
        <w:rPr>
          <w:rFonts w:ascii="EC Square Sans Cond Pro" w:hAnsi="EC Square Sans Cond Pro" w:cstheme="minorHAnsi"/>
        </w:rPr>
        <w:t xml:space="preserve"> </w:t>
      </w:r>
      <w:r w:rsidRPr="00A4261D">
        <w:rPr>
          <w:rFonts w:ascii="EC Square Sans Cond Pro" w:hAnsi="EC Square Sans Cond Pro" w:cstheme="minorHAnsi"/>
        </w:rPr>
        <w:t>Reference (</w:t>
      </w:r>
      <w:hyperlink r:id="rId11" w:history="1">
        <w:r w:rsidRPr="00A4261D">
          <w:rPr>
            <w:rStyle w:val="Hyperlink"/>
            <w:rFonts w:ascii="EC Square Sans Cond Pro" w:hAnsi="EC Square Sans Cond Pro" w:cstheme="minorHAnsi"/>
          </w:rPr>
          <w:t>CEFR</w:t>
        </w:r>
      </w:hyperlink>
      <w:r w:rsidRPr="00A4261D">
        <w:rPr>
          <w:rFonts w:ascii="EC Square Sans Cond Pro" w:hAnsi="EC Square Sans Cond Pro" w:cstheme="minorHAnsi"/>
        </w:rPr>
        <w:t>)</w:t>
      </w:r>
      <w:r w:rsidR="00B17C83" w:rsidRPr="00A4261D">
        <w:rPr>
          <w:rFonts w:ascii="EC Square Sans Cond Pro" w:hAnsi="EC Square Sans Cond Pro" w:cstheme="minorHAnsi"/>
        </w:rPr>
        <w:t xml:space="preserve">  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EnglishLevel"/>
          <w:id w:val="1744141259"/>
          <w:dropDownList>
            <w:listItem w:displayText="Yes" w:value="Yes"/>
            <w:listItem w:displayText="No" w:value="No"/>
          </w:dropDownList>
        </w:sdtPr>
        <w:sdtEndPr/>
        <w:sdtContent>
          <w:r w:rsidR="00F6488E"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Choose an item. </w:t>
          </w:r>
        </w:sdtContent>
      </w:sdt>
      <w:r w:rsidR="00B17C83" w:rsidRPr="00A4261D">
        <w:rPr>
          <w:rFonts w:ascii="EC Square Sans Cond Pro" w:hAnsi="EC Square Sans Cond Pro" w:cstheme="minorHAnsi"/>
        </w:rPr>
        <w:t xml:space="preserve">              </w:t>
      </w:r>
      <w:r w:rsidR="00BC03BF" w:rsidRPr="00A4261D">
        <w:rPr>
          <w:rFonts w:ascii="EC Square Sans Cond Pro" w:hAnsi="EC Square Sans Cond Pro" w:cstheme="minorHAnsi"/>
        </w:rPr>
        <w:t xml:space="preserve"> </w:t>
      </w:r>
      <w:r w:rsidRPr="00A4261D">
        <w:rPr>
          <w:rFonts w:ascii="EC Square Sans Cond Pro" w:hAnsi="EC Square Sans Cond Pro" w:cstheme="minorHAnsi"/>
        </w:rPr>
        <w:tab/>
      </w:r>
      <w:r w:rsidRPr="00A4261D">
        <w:rPr>
          <w:rFonts w:ascii="EC Square Sans Cond Pro" w:hAnsi="EC Square Sans Cond Pro"/>
        </w:rPr>
        <w:t xml:space="preserve"> </w:t>
      </w:r>
    </w:p>
    <w:p w14:paraId="6A7C59C9" w14:textId="587B2492" w:rsidR="00611311" w:rsidRPr="00A4261D" w:rsidRDefault="00611311" w:rsidP="00611311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 w:cstheme="minorHAnsi"/>
        </w:rPr>
        <w:t xml:space="preserve">I speak </w:t>
      </w:r>
      <w:r w:rsidR="00BC03BF" w:rsidRPr="00A4261D">
        <w:rPr>
          <w:rFonts w:ascii="EC Square Sans Cond Pro" w:hAnsi="EC Square Sans Cond Pro" w:cstheme="minorHAnsi"/>
        </w:rPr>
        <w:t>French</w:t>
      </w:r>
      <w:r w:rsidRPr="00A4261D">
        <w:rPr>
          <w:rFonts w:ascii="EC Square Sans Cond Pro" w:hAnsi="EC Square Sans Cond Pro" w:cstheme="minorHAnsi"/>
        </w:rPr>
        <w:t xml:space="preserve"> at least at level B2 of the CEFR</w:t>
      </w:r>
      <w:r w:rsidR="00BC03BF" w:rsidRPr="00A4261D">
        <w:rPr>
          <w:rFonts w:ascii="EC Square Sans Cond Pro" w:hAnsi="EC Square Sans Cond Pro"/>
        </w:rPr>
        <w:t xml:space="preserve">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FrenchKnowledge"/>
          <w:id w:val="-276646505"/>
          <w:placeholder>
            <w:docPart w:val="33B8F216B1B144448FF3CF59222A1814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="00BC03BF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sdtContent>
      </w:sdt>
    </w:p>
    <w:p w14:paraId="71807C91" w14:textId="59D9F526" w:rsidR="00FC28E5" w:rsidRPr="00A4261D" w:rsidRDefault="003D18B9" w:rsidP="005C46DC">
      <w:pPr>
        <w:spacing w:before="120" w:after="120" w:line="360" w:lineRule="auto"/>
        <w:rPr>
          <w:rFonts w:ascii="EC Square Sans Cond Pro" w:hAnsi="EC Square Sans Cond Pro" w:cstheme="minorHAnsi"/>
        </w:rPr>
      </w:pPr>
      <w:r w:rsidRPr="00A4261D">
        <w:rPr>
          <w:rFonts w:ascii="EC Square Sans Cond Pro" w:hAnsi="EC Square Sans Cond Pro" w:cstheme="minorHAnsi"/>
        </w:rPr>
        <w:t>I speak one EU official language</w:t>
      </w:r>
      <w:r w:rsidR="007B4D6C">
        <w:rPr>
          <w:rStyle w:val="EndnoteReference"/>
          <w:rFonts w:ascii="EC Square Sans Cond Pro" w:hAnsi="EC Square Sans Cond Pro" w:cstheme="minorHAnsi"/>
        </w:rPr>
        <w:endnoteReference w:id="3"/>
      </w:r>
      <w:r w:rsidRPr="00A4261D">
        <w:rPr>
          <w:rFonts w:ascii="EC Square Sans Cond Pro" w:hAnsi="EC Square Sans Cond Pro" w:cstheme="minorHAnsi"/>
        </w:rPr>
        <w:t xml:space="preserve"> at least at level C1 </w:t>
      </w:r>
      <w:r w:rsidR="00F6488E" w:rsidRPr="00A4261D">
        <w:rPr>
          <w:rFonts w:ascii="EC Square Sans Cond Pro" w:hAnsi="EC Square Sans Cond Pro" w:cstheme="minorHAnsi"/>
        </w:rPr>
        <w:t>of the CEFR</w:t>
      </w:r>
      <w:r w:rsidR="00F6488E" w:rsidRPr="00A4261D">
        <w:rPr>
          <w:rStyle w:val="EndnoteReference"/>
          <w:rFonts w:ascii="EC Square Sans Cond Pro" w:hAnsi="EC Square Sans Cond Pro" w:cstheme="minorHAnsi"/>
        </w:rPr>
        <w:t xml:space="preserve">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DutchKnowledge"/>
          <w:id w:val="-663472013"/>
          <w:placeholder>
            <w:docPart w:val="D6B3F508F40B4934840B83DF645DA012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="003E1A47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C62C1C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="003E1A47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6937BD83" w14:textId="77777777" w:rsidR="00FC28E5" w:rsidRPr="00A4261D" w:rsidRDefault="003E1A47" w:rsidP="005C46DC">
      <w:pPr>
        <w:pStyle w:val="Subtitle"/>
        <w:spacing w:line="360" w:lineRule="auto"/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6. ADDITIONAL COMPETENCES</w:t>
      </w:r>
    </w:p>
    <w:p w14:paraId="1A6E27BA" w14:textId="54AD2F8C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Category C Licence: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CategoryCLicence"/>
          <w:id w:val="-580994834"/>
          <w:placeholder>
            <w:docPart w:val="4A0F8D496A6B452C9721CED82AF34525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  <w:r w:rsidR="00C62C1C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</w:sdtContent>
      </w:sdt>
    </w:p>
    <w:p w14:paraId="0EF6DBF2" w14:textId="6C052CFB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>S</w:t>
      </w:r>
      <w:r w:rsidR="00004010" w:rsidRPr="00A4261D">
        <w:rPr>
          <w:rFonts w:ascii="EC Square Sans Cond Pro" w:hAnsi="EC Square Sans Cond Pro"/>
        </w:rPr>
        <w:t>.</w:t>
      </w:r>
      <w:r w:rsidRPr="00A4261D">
        <w:rPr>
          <w:rFonts w:ascii="EC Square Sans Cond Pro" w:hAnsi="EC Square Sans Cond Pro"/>
        </w:rPr>
        <w:t>W</w:t>
      </w:r>
      <w:r w:rsidR="00004010" w:rsidRPr="00A4261D">
        <w:rPr>
          <w:rFonts w:ascii="EC Square Sans Cond Pro" w:hAnsi="EC Square Sans Cond Pro"/>
        </w:rPr>
        <w:t>.</w:t>
      </w:r>
      <w:r w:rsidRPr="00A4261D">
        <w:rPr>
          <w:rFonts w:ascii="EC Square Sans Cond Pro" w:hAnsi="EC Square Sans Cond Pro"/>
        </w:rPr>
        <w:t>A</w:t>
      </w:r>
      <w:r w:rsidR="00004010" w:rsidRPr="00A4261D">
        <w:rPr>
          <w:rFonts w:ascii="EC Square Sans Cond Pro" w:hAnsi="EC Square Sans Cond Pro"/>
        </w:rPr>
        <w:t>.</w:t>
      </w:r>
      <w:r w:rsidRPr="00A4261D">
        <w:rPr>
          <w:rFonts w:ascii="EC Square Sans Cond Pro" w:hAnsi="EC Square Sans Cond Pro"/>
        </w:rPr>
        <w:t>T</w:t>
      </w:r>
      <w:r w:rsidR="00004010" w:rsidRPr="00A4261D">
        <w:rPr>
          <w:rFonts w:ascii="EC Square Sans Cond Pro" w:hAnsi="EC Square Sans Cond Pro"/>
        </w:rPr>
        <w:t>.</w:t>
      </w:r>
      <w:r w:rsidRPr="00A4261D">
        <w:rPr>
          <w:rFonts w:ascii="EC Square Sans Cond Pro" w:hAnsi="EC Square Sans Cond Pro"/>
        </w:rPr>
        <w:t xml:space="preserve"> </w:t>
      </w:r>
      <w:r w:rsidR="00353B49" w:rsidRPr="00A4261D">
        <w:rPr>
          <w:rFonts w:ascii="EC Square Sans Cond Pro" w:hAnsi="EC Square Sans Cond Pro"/>
        </w:rPr>
        <w:t xml:space="preserve">years of </w:t>
      </w:r>
      <w:r w:rsidRPr="00A4261D">
        <w:rPr>
          <w:rFonts w:ascii="EC Square Sans Cond Pro" w:hAnsi="EC Square Sans Cond Pro"/>
        </w:rPr>
        <w:t xml:space="preserve">Experience: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SWATExperience"/>
          <w:id w:val="-149749608"/>
          <w:placeholder>
            <w:docPart w:val="31ED81F0139843C29CD751E20DB5FEAC"/>
          </w:placeholder>
          <w:showingPlcHdr/>
          <w:dropDownList>
            <w:listItem w:displayText="No" w:value="No"/>
            <w:listItem w:displayText="1-3" w:value="1-3"/>
            <w:listItem w:displayText="4-6" w:value="4-6"/>
            <w:listItem w:displayText="7-9" w:value="7-9"/>
          </w:dropDownList>
        </w:sdtPr>
        <w:sdtEndPr/>
        <w:sdtContent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C62C1C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  <w:r w:rsidR="00353B49" w:rsidRPr="00A4261D">
        <w:rPr>
          <w:rFonts w:ascii="EC Square Sans Cond Pro" w:hAnsi="EC Square Sans Cond Pro"/>
        </w:rPr>
        <w:t xml:space="preserve"> </w:t>
      </w:r>
    </w:p>
    <w:p w14:paraId="2F60906E" w14:textId="2DF1C0D5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t xml:space="preserve">Diplomatic Environment Experience: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DiplomaticExperience"/>
          <w:id w:val="384070583"/>
          <w:placeholder>
            <w:docPart w:val="6967F3C3E68548B3B112BB811CD61A97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C62C1C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>Choose an item.</w:t>
          </w: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</w:p>
    <w:p w14:paraId="2691AAAC" w14:textId="093B2FF9" w:rsidR="00FC28E5" w:rsidRPr="00A4261D" w:rsidRDefault="003E1A47">
      <w:pPr>
        <w:rPr>
          <w:rFonts w:ascii="EC Square Sans Cond Pro" w:hAnsi="EC Square Sans Cond Pro"/>
        </w:rPr>
      </w:pPr>
      <w:r w:rsidRPr="00A4261D">
        <w:rPr>
          <w:rFonts w:ascii="EC Square Sans Cond Pro" w:hAnsi="EC Square Sans Cond Pro"/>
        </w:rPr>
        <w:lastRenderedPageBreak/>
        <w:t xml:space="preserve">Instructor Certification: </w:t>
      </w:r>
      <w:sdt>
        <w:sdtPr>
          <w:rPr>
            <w:rFonts w:ascii="EC Square Sans Cond Pro" w:hAnsi="EC Square Sans Cond Pro"/>
            <w:highlight w:val="yellow"/>
            <w:bdr w:val="single" w:sz="4" w:space="0" w:color="auto"/>
          </w:rPr>
          <w:tag w:val="InstructorCert"/>
          <w:id w:val="-1928182052"/>
          <w:placeholder>
            <w:docPart w:val="CCB04D59CF684766ACB67D88CEC580E3"/>
          </w:placeholder>
          <w:showingPlcHdr/>
          <w:text/>
        </w:sdtPr>
        <w:sdtEndPr/>
        <w:sdtContent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</w:t>
          </w:r>
          <w:r w:rsidR="002C2EF5"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>Please fill in here</w:t>
          </w: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</w:t>
          </w:r>
        </w:sdtContent>
      </w:sdt>
      <w:r w:rsidR="00661133" w:rsidRPr="00A4261D">
        <w:rPr>
          <w:rFonts w:ascii="EC Square Sans Cond Pro" w:hAnsi="EC Square Sans Cond Pro"/>
          <w:sz w:val="16"/>
          <w:szCs w:val="16"/>
        </w:rPr>
        <w:t>(s</w:t>
      </w:r>
      <w:r w:rsidR="007246FB" w:rsidRPr="00A4261D">
        <w:rPr>
          <w:rFonts w:ascii="EC Square Sans Cond Pro" w:hAnsi="EC Square Sans Cond Pro"/>
          <w:sz w:val="16"/>
          <w:szCs w:val="16"/>
        </w:rPr>
        <w:t xml:space="preserve">pecify </w:t>
      </w:r>
      <w:r w:rsidR="00661133" w:rsidRPr="00A4261D">
        <w:rPr>
          <w:rFonts w:ascii="EC Square Sans Cond Pro" w:hAnsi="EC Square Sans Cond Pro"/>
          <w:sz w:val="16"/>
          <w:szCs w:val="16"/>
        </w:rPr>
        <w:t xml:space="preserve">domain and </w:t>
      </w:r>
      <w:r w:rsidR="007246FB" w:rsidRPr="00A4261D">
        <w:rPr>
          <w:rFonts w:ascii="EC Square Sans Cond Pro" w:hAnsi="EC Square Sans Cond Pro"/>
          <w:sz w:val="16"/>
          <w:szCs w:val="16"/>
        </w:rPr>
        <w:t>years of experience as instructor)</w:t>
      </w:r>
    </w:p>
    <w:p w14:paraId="3D4D52BD" w14:textId="427D382D" w:rsidR="00FC28E5" w:rsidRDefault="00FC28E5" w:rsidP="00564BB1">
      <w:pPr>
        <w:pStyle w:val="Subtitle"/>
        <w:rPr>
          <w:rFonts w:ascii="EC Square Sans Cond Pro" w:hAnsi="EC Square Sans Cond Pro"/>
        </w:rPr>
      </w:pPr>
    </w:p>
    <w:p w14:paraId="3ADC61FC" w14:textId="135F6E0A" w:rsidR="00F6488E" w:rsidRDefault="00F6488E" w:rsidP="00F6488E">
      <w:pPr>
        <w:pBdr>
          <w:top w:val="single" w:sz="6" w:space="1" w:color="auto"/>
          <w:bottom w:val="single" w:sz="6" w:space="1" w:color="auto"/>
        </w:pBdr>
      </w:pPr>
    </w:p>
    <w:p w14:paraId="1697F013" w14:textId="77777777" w:rsidR="00253A40" w:rsidRPr="00A4261D" w:rsidRDefault="00253A40" w:rsidP="00253A40">
      <w:pPr>
        <w:spacing w:after="0"/>
        <w:rPr>
          <w:rFonts w:ascii="EC Square Sans Cond Pro" w:hAnsi="EC Square Sans Cond Pro" w:cstheme="minorHAnsi"/>
          <w:lang w:val="en-IE"/>
        </w:rPr>
      </w:pPr>
      <w:bookmarkStart w:id="0" w:name="_Hlk147340653"/>
      <w:bookmarkStart w:id="1" w:name="_Hlk147414114"/>
    </w:p>
    <w:bookmarkEnd w:id="0"/>
    <w:bookmarkEnd w:id="1"/>
    <w:p w14:paraId="37554ECD" w14:textId="0F8DFD91" w:rsidR="00253A40" w:rsidRPr="00A4261D" w:rsidRDefault="00253A40" w:rsidP="00A4261D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Cond Pro" w:hAnsi="EC Square Sans Cond Pro" w:cstheme="minorHAnsi"/>
          <w:b/>
          <w:smallCaps/>
          <w:szCs w:val="24"/>
        </w:rPr>
      </w:pPr>
      <w:r w:rsidRPr="00A4261D">
        <w:rPr>
          <w:rFonts w:ascii="EC Square Sans Cond Pro" w:hAnsi="EC Square Sans Cond Pro" w:cstheme="minorHAnsi"/>
          <w:b/>
          <w:smallCaps/>
          <w:noProof/>
          <w:szCs w:val="24"/>
        </w:rPr>
        <w:t>DECLARATION</w:t>
      </w:r>
      <w:r w:rsidR="00A4261D">
        <w:rPr>
          <w:rFonts w:ascii="EC Square Sans Cond Pro" w:hAnsi="EC Square Sans Cond Pro" w:cstheme="minorHAnsi"/>
          <w:b/>
          <w:smallCaps/>
          <w:szCs w:val="24"/>
        </w:rPr>
        <w:t>:</w:t>
      </w:r>
    </w:p>
    <w:p w14:paraId="5EBCD6B4" w14:textId="77777777" w:rsidR="00253A40" w:rsidRPr="00A4261D" w:rsidRDefault="00253A40" w:rsidP="00253A40">
      <w:pPr>
        <w:pStyle w:val="ListParagraph"/>
        <w:numPr>
          <w:ilvl w:val="0"/>
          <w:numId w:val="11"/>
        </w:numPr>
        <w:tabs>
          <w:tab w:val="left" w:pos="900"/>
        </w:tabs>
        <w:spacing w:after="240" w:line="240" w:lineRule="atLeast"/>
        <w:jc w:val="both"/>
        <w:rPr>
          <w:rFonts w:ascii="EC Square Sans Cond Pro" w:hAnsi="EC Square Sans Cond Pro" w:cstheme="minorHAnsi"/>
          <w:szCs w:val="24"/>
        </w:rPr>
      </w:pPr>
      <w:r w:rsidRPr="00A4261D">
        <w:rPr>
          <w:rFonts w:ascii="EC Square Sans Cond Pro" w:hAnsi="EC Square Sans Cond Pro" w:cstheme="minorHAnsi"/>
          <w:smallCaps/>
          <w:szCs w:val="24"/>
        </w:rPr>
        <w:t>I confirm that t</w:t>
      </w:r>
      <w:r w:rsidRPr="00A4261D">
        <w:rPr>
          <w:rFonts w:ascii="EC Square Sans Cond Pro" w:hAnsi="EC Square Sans Cond Pro" w:cstheme="minorHAnsi"/>
          <w:smallCaps/>
          <w:noProof/>
          <w:szCs w:val="24"/>
        </w:rPr>
        <w:t>he information provided above and in the annexed Curriculum Vitae is true and complete.</w:t>
      </w:r>
    </w:p>
    <w:p w14:paraId="0D859521" w14:textId="77777777" w:rsidR="00253A40" w:rsidRPr="00A4261D" w:rsidRDefault="00253A40" w:rsidP="00253A40">
      <w:pPr>
        <w:pStyle w:val="ListParagraph"/>
        <w:tabs>
          <w:tab w:val="left" w:pos="900"/>
        </w:tabs>
        <w:spacing w:line="240" w:lineRule="atLeast"/>
        <w:rPr>
          <w:rFonts w:ascii="EC Square Sans Cond Pro" w:hAnsi="EC Square Sans Cond Pro" w:cstheme="minorHAnsi"/>
          <w:szCs w:val="24"/>
        </w:rPr>
      </w:pPr>
    </w:p>
    <w:p w14:paraId="58B6CF61" w14:textId="77777777" w:rsidR="00253A40" w:rsidRPr="00A4261D" w:rsidRDefault="00253A40" w:rsidP="00253A40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after="240" w:line="240" w:lineRule="atLeast"/>
        <w:jc w:val="both"/>
        <w:rPr>
          <w:rFonts w:ascii="EC Square Sans Cond Pro" w:hAnsi="EC Square Sans Cond Pro" w:cstheme="minorHAnsi"/>
          <w:smallCaps/>
          <w:szCs w:val="24"/>
        </w:rPr>
      </w:pPr>
      <w:r w:rsidRPr="00A4261D">
        <w:rPr>
          <w:rFonts w:ascii="EC Square Sans Cond Pro" w:hAnsi="EC Square Sans Cond Pro" w:cstheme="minorHAnsi"/>
          <w:smallCaps/>
          <w:noProof/>
          <w:szCs w:val="24"/>
        </w:rPr>
        <w:t>I am aware that i am expected to produce supporting documents confirming the information given in my application file.</w:t>
      </w:r>
    </w:p>
    <w:p w14:paraId="783EA582" w14:textId="77777777" w:rsidR="00253A40" w:rsidRPr="00A4261D" w:rsidRDefault="00253A40" w:rsidP="00253A40">
      <w:pPr>
        <w:pStyle w:val="ListParagraph"/>
        <w:rPr>
          <w:rFonts w:ascii="EC Square Sans Cond Pro" w:hAnsi="EC Square Sans Cond Pro" w:cstheme="minorHAnsi"/>
          <w:smallCaps/>
          <w:szCs w:val="24"/>
        </w:rPr>
      </w:pPr>
    </w:p>
    <w:p w14:paraId="1660744D" w14:textId="4D891BD0" w:rsidR="00253A40" w:rsidRPr="00A4261D" w:rsidRDefault="00253A40" w:rsidP="00253A40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after="240" w:line="240" w:lineRule="atLeast"/>
        <w:jc w:val="both"/>
        <w:rPr>
          <w:rFonts w:ascii="EC Square Sans Cond Pro" w:hAnsi="EC Square Sans Cond Pro" w:cstheme="minorHAnsi"/>
          <w:smallCaps/>
          <w:szCs w:val="24"/>
        </w:rPr>
      </w:pPr>
      <w:bookmarkStart w:id="2" w:name="Text49"/>
      <w:r w:rsidRPr="00A4261D">
        <w:rPr>
          <w:rFonts w:ascii="EC Square Sans Cond Pro" w:hAnsi="EC Square Sans Cond Pro" w:cstheme="minorHAnsi"/>
          <w:smallCaps/>
          <w:szCs w:val="24"/>
        </w:rPr>
        <w:t>I am aware that any false statement may invalidate my application file and/or, where appropriate, result in the cancellation of the contract, pursuant to the Conditions of Employment of other Servants of the European Union</w:t>
      </w:r>
      <w:r w:rsidR="007B4D6C">
        <w:rPr>
          <w:rStyle w:val="EndnoteReference"/>
          <w:rFonts w:ascii="EC Square Sans Cond Pro" w:hAnsi="EC Square Sans Cond Pro" w:cstheme="minorHAnsi"/>
          <w:smallCaps/>
          <w:szCs w:val="24"/>
        </w:rPr>
        <w:endnoteReference w:id="4"/>
      </w:r>
      <w:r w:rsidR="000E20B4" w:rsidRPr="00A4261D">
        <w:rPr>
          <w:rFonts w:ascii="EC Square Sans Cond Pro" w:hAnsi="EC Square Sans Cond Pro" w:cstheme="minorHAnsi"/>
          <w:smallCaps/>
          <w:szCs w:val="24"/>
        </w:rPr>
        <w:t xml:space="preserve"> </w:t>
      </w:r>
      <w:r w:rsidRPr="00A4261D">
        <w:rPr>
          <w:rFonts w:ascii="EC Square Sans Cond Pro" w:hAnsi="EC Square Sans Cond Pro" w:cstheme="minorHAnsi"/>
          <w:smallCaps/>
          <w:szCs w:val="24"/>
        </w:rPr>
        <w:t>.</w:t>
      </w:r>
    </w:p>
    <w:bookmarkEnd w:id="2"/>
    <w:tbl>
      <w:tblPr>
        <w:tblStyle w:val="TableGrid"/>
        <w:tblW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001870" w:rsidRPr="00A4261D" w14:paraId="7D656C3E" w14:textId="77777777" w:rsidTr="00001870">
        <w:tc>
          <w:tcPr>
            <w:tcW w:w="7196" w:type="dxa"/>
            <w:tcBorders>
              <w:bottom w:val="single" w:sz="4" w:space="0" w:color="auto"/>
            </w:tcBorders>
          </w:tcPr>
          <w:p w14:paraId="0D5A5C0F" w14:textId="36BB9AFE" w:rsidR="00001870" w:rsidRPr="00A4261D" w:rsidRDefault="00001870" w:rsidP="0018351C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Cond Pro" w:hAnsi="EC Square Sans Cond Pro" w:cstheme="minorHAnsi"/>
                <w:smallCaps/>
                <w:sz w:val="20"/>
                <w:szCs w:val="24"/>
              </w:rPr>
            </w:pPr>
          </w:p>
        </w:tc>
      </w:tr>
      <w:tr w:rsidR="00001870" w:rsidRPr="00A4261D" w14:paraId="4CCA7044" w14:textId="77777777" w:rsidTr="00001870">
        <w:tc>
          <w:tcPr>
            <w:tcW w:w="7196" w:type="dxa"/>
            <w:tcBorders>
              <w:top w:val="single" w:sz="4" w:space="0" w:color="auto"/>
            </w:tcBorders>
          </w:tcPr>
          <w:p w14:paraId="36F69005" w14:textId="252E4FCA" w:rsidR="00001870" w:rsidRPr="00A4261D" w:rsidRDefault="00001870" w:rsidP="0018351C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Cond Pro" w:hAnsi="EC Square Sans Cond Pro" w:cstheme="minorHAnsi"/>
                <w:smallCaps/>
                <w:sz w:val="20"/>
                <w:szCs w:val="24"/>
              </w:rPr>
            </w:pPr>
            <w:r w:rsidRPr="00A4261D">
              <w:rPr>
                <w:rFonts w:ascii="EC Square Sans Cond Pro" w:hAnsi="EC Square Sans Cond Pro" w:cstheme="minorHAnsi"/>
                <w:smallCaps/>
                <w:sz w:val="20"/>
                <w:szCs w:val="24"/>
              </w:rPr>
              <w:t>Date</w:t>
            </w:r>
            <w:r w:rsidRPr="00A4261D">
              <w:rPr>
                <w:rFonts w:ascii="EC Square Sans Cond Pro" w:hAnsi="EC Square Sans Cond Pro"/>
              </w:rPr>
              <w:t xml:space="preserve">       </w:t>
            </w:r>
            <w:sdt>
              <w:sdtPr>
                <w:rPr>
                  <w:rFonts w:ascii="EC Square Sans Cond Pro" w:hAnsi="EC Square Sans Cond Pro" w:cstheme="minorHAnsi"/>
                  <w:smallCaps/>
                  <w:sz w:val="20"/>
                  <w:szCs w:val="24"/>
                  <w:highlight w:val="yellow"/>
                  <w:bdr w:val="single" w:sz="4" w:space="0" w:color="auto"/>
                </w:rPr>
                <w:tag w:val="DateOfApplication"/>
                <w:id w:val="799890482"/>
                <w:placeholder>
                  <w:docPart w:val="5EF981F7D84949DAA63F299A8A3D3424"/>
                </w:placeholder>
                <w:showingPlcHdr/>
                <w:date>
                  <w:dateFormat w:val="dd-MM-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Pr="00581C67">
                  <w:rPr>
                    <w:rStyle w:val="PlaceholderText"/>
                    <w:rFonts w:ascii="EC Square Sans Cond Pro" w:hAnsi="EC Square Sans Cond Pro"/>
                    <w:color w:val="A6A6A6" w:themeColor="background1" w:themeShade="A6"/>
                    <w:sz w:val="20"/>
                    <w:highlight w:val="yellow"/>
                    <w:bdr w:val="single" w:sz="4" w:space="0" w:color="auto"/>
                  </w:rPr>
                  <w:t>Click to enter a date</w:t>
                </w:r>
                <w:r w:rsidRPr="00581C67">
                  <w:rPr>
                    <w:rStyle w:val="PlaceholderText"/>
                    <w:rFonts w:ascii="EC Square Sans Cond Pro" w:hAnsi="EC Square Sans Cond Pro"/>
                    <w:highlight w:val="yellow"/>
                    <w:bdr w:val="single" w:sz="4" w:space="0" w:color="auto"/>
                  </w:rPr>
                  <w:t>.</w:t>
                </w:r>
              </w:sdtContent>
            </w:sdt>
          </w:p>
        </w:tc>
      </w:tr>
    </w:tbl>
    <w:p w14:paraId="0D41C483" w14:textId="77777777" w:rsidR="00253A40" w:rsidRPr="00A4261D" w:rsidRDefault="00253A40" w:rsidP="00253A40">
      <w:pPr>
        <w:rPr>
          <w:rFonts w:ascii="EC Square Sans Cond Pro" w:hAnsi="EC Square Sans Cond Pro"/>
          <w:lang w:val="en-IE"/>
        </w:rPr>
      </w:pPr>
    </w:p>
    <w:p w14:paraId="541D2AF3" w14:textId="77777777" w:rsidR="005C46DC" w:rsidRDefault="005C46DC" w:rsidP="00253A40">
      <w:pPr>
        <w:spacing w:after="0"/>
        <w:rPr>
          <w:rFonts w:ascii="EC Square Sans Cond Pro" w:hAnsi="EC Square Sans Cond Pro" w:cstheme="minorHAnsi"/>
          <w:sz w:val="18"/>
          <w:szCs w:val="18"/>
        </w:rPr>
      </w:pPr>
    </w:p>
    <w:p w14:paraId="015993D8" w14:textId="43564157" w:rsidR="005C46DC" w:rsidRDefault="00253A40" w:rsidP="005C46DC">
      <w:pPr>
        <w:spacing w:after="0"/>
        <w:jc w:val="both"/>
        <w:rPr>
          <w:rFonts w:ascii="EC Square Sans Cond Pro" w:hAnsi="EC Square Sans Cond Pro" w:cstheme="minorHAnsi"/>
        </w:rPr>
      </w:pPr>
      <w:r w:rsidRPr="005C46DC">
        <w:rPr>
          <w:rFonts w:ascii="EC Square Sans Cond Pro" w:hAnsi="EC Square Sans Cond Pro" w:cstheme="minorHAnsi"/>
        </w:rPr>
        <w:t xml:space="preserve">For information related to Data Protection, please see the Specific </w:t>
      </w:r>
      <w:hyperlink r:id="rId12" w:history="1">
        <w:r w:rsidRPr="005C46DC">
          <w:rPr>
            <w:rStyle w:val="Hyperlink"/>
            <w:rFonts w:ascii="EC Square Sans Cond Pro" w:hAnsi="EC Square Sans Cond Pro" w:cstheme="minorHAnsi"/>
          </w:rPr>
          <w:t>Privacy Statement</w:t>
        </w:r>
      </w:hyperlink>
      <w:r w:rsidRPr="005C46DC">
        <w:rPr>
          <w:rFonts w:ascii="EC Square Sans Cond Pro" w:hAnsi="EC Square Sans Cond Pro" w:cstheme="minorHAnsi"/>
        </w:rPr>
        <w:t xml:space="preserve"> </w:t>
      </w:r>
      <w:hyperlink r:id="rId13"/>
      <w:r w:rsidRPr="005C46DC">
        <w:rPr>
          <w:rFonts w:ascii="EC Square Sans Cond Pro" w:hAnsi="EC Square Sans Cond Pro" w:cstheme="minorHAnsi"/>
        </w:rPr>
        <w:t xml:space="preserve">under “7. Information to data subjects on their </w:t>
      </w:r>
      <w:proofErr w:type="gramStart"/>
      <w:r w:rsidRPr="005C46DC">
        <w:rPr>
          <w:rFonts w:ascii="EC Square Sans Cond Pro" w:hAnsi="EC Square Sans Cond Pro" w:cstheme="minorHAnsi"/>
        </w:rPr>
        <w:t>rights”,</w:t>
      </w:r>
      <w:proofErr w:type="gramEnd"/>
      <w:r w:rsidRPr="005C46DC">
        <w:rPr>
          <w:rFonts w:ascii="EC Square Sans Cond Pro" w:hAnsi="EC Square Sans Cond Pro" w:cstheme="minorHAnsi"/>
        </w:rPr>
        <w:t xml:space="preserve"> to find your rights and how to exercise them in addition to the privacy statement, which summarises the processing of your data.</w:t>
      </w:r>
    </w:p>
    <w:p w14:paraId="4D249616" w14:textId="77777777" w:rsidR="002E4372" w:rsidRDefault="002E4372" w:rsidP="005C46DC">
      <w:pPr>
        <w:spacing w:after="0"/>
        <w:jc w:val="both"/>
        <w:rPr>
          <w:rFonts w:ascii="EC Square Sans Cond Pro" w:hAnsi="EC Square Sans Cond Pro" w:cstheme="minorHAnsi"/>
        </w:rPr>
      </w:pPr>
    </w:p>
    <w:p w14:paraId="33544A5F" w14:textId="77777777" w:rsidR="006B49B7" w:rsidRDefault="006B49B7">
      <w:pPr>
        <w:rPr>
          <w:rFonts w:ascii="EC Square Sans Cond Pro" w:hAnsi="EC Square Sans Cond Pro" w:cstheme="minorHAnsi"/>
          <w:lang w:val="en-IE"/>
        </w:rPr>
      </w:pPr>
      <w:r>
        <w:rPr>
          <w:rFonts w:ascii="EC Square Sans Cond Pro" w:hAnsi="EC Square Sans Cond Pro" w:cstheme="minorHAnsi"/>
          <w:lang w:val="en-IE"/>
        </w:rPr>
        <w:br w:type="page"/>
      </w:r>
    </w:p>
    <w:p w14:paraId="4E2CB1CA" w14:textId="74CB38F0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lastRenderedPageBreak/>
        <w:t>FILE NAMING REQUIREMENT</w:t>
      </w:r>
    </w:p>
    <w:p w14:paraId="23AD64BB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Segoe UI Emoji" w:hAnsi="Segoe UI Emoji" w:cs="Segoe UI Emoji"/>
          <w:lang w:val="en-IE"/>
        </w:rPr>
        <w:t>📋</w:t>
      </w:r>
      <w:r w:rsidRPr="006B49B7">
        <w:rPr>
          <w:rFonts w:ascii="EC Square Sans Cond Pro" w:hAnsi="EC Square Sans Cond Pro" w:cstheme="minorHAnsi"/>
          <w:lang w:val="en-IE"/>
        </w:rPr>
        <w:t xml:space="preserve"> Important: How to Save Your Application File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6B49B7" w:rsidRPr="006B49B7" w14:paraId="29EA3D9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090"/>
            <w:tcMar>
              <w:top w:w="150" w:type="dxa"/>
              <w:left w:w="200" w:type="dxa"/>
              <w:bottom w:w="150" w:type="dxa"/>
              <w:right w:w="200" w:type="dxa"/>
            </w:tcMar>
            <w:hideMark/>
          </w:tcPr>
          <w:p w14:paraId="4DFE2550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b/>
                <w:bCs/>
                <w:lang w:val="en-IE"/>
              </w:rPr>
            </w:pPr>
            <w:r w:rsidRPr="006B49B7">
              <w:rPr>
                <w:rFonts w:ascii="Segoe UI Emoji" w:hAnsi="Segoe UI Emoji" w:cs="Segoe UI Emoji"/>
                <w:lang w:val="en-IE"/>
              </w:rPr>
              <w:t>📋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FILE NAMING REQUIREMENT</w:t>
            </w:r>
          </w:p>
        </w:tc>
      </w:tr>
      <w:tr w:rsidR="006B49B7" w:rsidRPr="006B49B7" w14:paraId="0F591E5A" w14:textId="77777777">
        <w:tc>
          <w:tcPr>
            <w:tcW w:w="0" w:type="auto"/>
            <w:tcBorders>
              <w:top w:val="single" w:sz="6" w:space="0" w:color="2E5090"/>
              <w:left w:val="single" w:sz="6" w:space="0" w:color="2E5090"/>
              <w:bottom w:val="single" w:sz="6" w:space="0" w:color="2E5090"/>
              <w:right w:val="single" w:sz="6" w:space="0" w:color="2E5090"/>
            </w:tcBorders>
            <w:shd w:val="clear" w:color="auto" w:fill="F8FB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14:paraId="1A488C70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b/>
                <w:bCs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Save as: SURNAME_FIRSTNAME.docx</w:t>
            </w:r>
          </w:p>
          <w:p w14:paraId="6C407755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i/>
                <w:iCs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Example: SMITH_John.docx</w:t>
            </w:r>
          </w:p>
          <w:p w14:paraId="002EDF22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b/>
                <w:bCs/>
                <w:lang w:val="en-IE"/>
              </w:rPr>
            </w:pPr>
            <w:r w:rsidRPr="006B49B7">
              <w:rPr>
                <w:rFonts w:ascii="Segoe UI Symbol" w:hAnsi="Segoe UI Symbol" w:cs="Segoe UI Symbol"/>
                <w:lang w:val="en-IE"/>
              </w:rPr>
              <w:t>✓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No macros required - always works</w:t>
            </w:r>
          </w:p>
          <w:p w14:paraId="2132DA85" w14:textId="77777777" w:rsidR="006B49B7" w:rsidRPr="006B49B7" w:rsidRDefault="006B49B7" w:rsidP="006B49B7">
            <w:pPr>
              <w:numPr>
                <w:ilvl w:val="0"/>
                <w:numId w:val="12"/>
              </w:num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Press Ctrl+Shift+S (Windows)</w:t>
            </w:r>
          </w:p>
          <w:p w14:paraId="36F5D884" w14:textId="77777777" w:rsidR="006B49B7" w:rsidRPr="006B49B7" w:rsidRDefault="006B49B7" w:rsidP="006B49B7">
            <w:pPr>
              <w:numPr>
                <w:ilvl w:val="0"/>
                <w:numId w:val="12"/>
              </w:num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Type: SMITH_John.docx</w:t>
            </w:r>
          </w:p>
          <w:p w14:paraId="10800AA9" w14:textId="77777777" w:rsidR="006B49B7" w:rsidRPr="006B49B7" w:rsidRDefault="006B49B7" w:rsidP="006B49B7">
            <w:pPr>
              <w:numPr>
                <w:ilvl w:val="0"/>
                <w:numId w:val="12"/>
              </w:num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Save as .docx format</w:t>
            </w:r>
          </w:p>
          <w:p w14:paraId="1B25AC8B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i/>
                <w:iCs/>
                <w:lang w:val="en-IE"/>
              </w:rPr>
            </w:pPr>
            <w:r w:rsidRPr="006B49B7">
              <w:rPr>
                <w:rFonts w:ascii="EC Square Sans Cond Pro" w:hAnsi="EC Square Sans Cond Pro" w:cstheme="minorHAnsi"/>
                <w:lang w:val="en-IE"/>
              </w:rPr>
              <w:t>For detailed instructions, see attachment</w:t>
            </w:r>
          </w:p>
        </w:tc>
      </w:tr>
    </w:tbl>
    <w:p w14:paraId="68EE0B9B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lang w:val="en-IE"/>
        </w:rPr>
      </w:pPr>
    </w:p>
    <w:p w14:paraId="0F4019E5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Quick Reference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6B49B7" w:rsidRPr="006B49B7" w14:paraId="38AD54DC" w14:textId="77777777"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8DC"/>
            <w:tcMar>
              <w:top w:w="150" w:type="dxa"/>
              <w:left w:w="200" w:type="dxa"/>
              <w:bottom w:w="150" w:type="dxa"/>
              <w:right w:w="200" w:type="dxa"/>
            </w:tcMar>
            <w:hideMark/>
          </w:tcPr>
          <w:p w14:paraId="292E1ED7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b/>
                <w:bCs/>
                <w:lang w:val="en-IE"/>
              </w:rPr>
            </w:pPr>
            <w:r w:rsidRPr="006B49B7">
              <w:rPr>
                <w:rFonts w:ascii="Segoe UI Emoji" w:hAnsi="Segoe UI Emoji" w:cs="Segoe UI Emoji"/>
                <w:lang w:val="en-IE"/>
              </w:rPr>
              <w:t>⚠</w:t>
            </w:r>
            <w:proofErr w:type="gramStart"/>
            <w:r w:rsidRPr="006B49B7">
              <w:rPr>
                <w:rFonts w:ascii="Segoe UI Emoji" w:hAnsi="Segoe UI Emoji" w:cs="Segoe UI Emoji"/>
                <w:lang w:val="en-IE"/>
              </w:rPr>
              <w:t>️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 Common</w:t>
            </w:r>
            <w:proofErr w:type="gramEnd"/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Mistakes to Avoid</w:t>
            </w:r>
          </w:p>
          <w:p w14:paraId="6961DDDE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Segoe UI Emoji" w:hAnsi="Segoe UI Emoji" w:cs="Segoe UI Emoji"/>
                <w:lang w:val="en-IE"/>
              </w:rPr>
              <w:t>❌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smith_john.docx (lowercase)</w:t>
            </w:r>
          </w:p>
          <w:p w14:paraId="6A897D97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Segoe UI Emoji" w:hAnsi="Segoe UI Emoji" w:cs="Segoe UI Emoji"/>
                <w:lang w:val="en-IE"/>
              </w:rPr>
              <w:t>❌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SMITH JOHN.docx (space, not underscore)</w:t>
            </w:r>
          </w:p>
          <w:p w14:paraId="37A3F1EF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lang w:val="en-IE"/>
              </w:rPr>
            </w:pPr>
            <w:r w:rsidRPr="006B49B7">
              <w:rPr>
                <w:rFonts w:ascii="Segoe UI Emoji" w:hAnsi="Segoe UI Emoji" w:cs="Segoe UI Emoji"/>
                <w:lang w:val="en-IE"/>
              </w:rPr>
              <w:t>❌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smith_john.pdf (wrong format)</w:t>
            </w:r>
          </w:p>
          <w:p w14:paraId="27851CC4" w14:textId="77777777" w:rsidR="006B49B7" w:rsidRPr="006B49B7" w:rsidRDefault="006B49B7" w:rsidP="006B49B7">
            <w:pPr>
              <w:spacing w:after="0"/>
              <w:jc w:val="both"/>
              <w:rPr>
                <w:rFonts w:ascii="EC Square Sans Cond Pro" w:hAnsi="EC Square Sans Cond Pro" w:cstheme="minorHAnsi"/>
                <w:b/>
                <w:bCs/>
                <w:lang w:val="en-IE"/>
              </w:rPr>
            </w:pPr>
            <w:r w:rsidRPr="006B49B7">
              <w:rPr>
                <w:rFonts w:ascii="Segoe UI Symbol" w:hAnsi="Segoe UI Symbol" w:cs="Segoe UI Symbol"/>
                <w:lang w:val="en-IE"/>
              </w:rPr>
              <w:t>✓</w:t>
            </w:r>
            <w:r w:rsidRPr="006B49B7">
              <w:rPr>
                <w:rFonts w:ascii="EC Square Sans Cond Pro" w:hAnsi="EC Square Sans Cond Pro" w:cstheme="minorHAnsi"/>
                <w:lang w:val="en-IE"/>
              </w:rPr>
              <w:t xml:space="preserve"> SMITH_John.docx (CORRECT)</w:t>
            </w:r>
          </w:p>
        </w:tc>
      </w:tr>
    </w:tbl>
    <w:p w14:paraId="6C9D449A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lang w:val="en-IE"/>
        </w:rPr>
      </w:pPr>
    </w:p>
    <w:p w14:paraId="685DA920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Step-by-Step Instructions</w:t>
      </w:r>
    </w:p>
    <w:p w14:paraId="6C2E2117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 1: Fill in the form completely</w:t>
      </w:r>
    </w:p>
    <w:p w14:paraId="40B861D9" w14:textId="77777777" w:rsidR="006B49B7" w:rsidRPr="006B49B7" w:rsidRDefault="006B49B7" w:rsidP="006B49B7">
      <w:pPr>
        <w:numPr>
          <w:ilvl w:val="0"/>
          <w:numId w:val="12"/>
        </w:num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Complete all required fields</w:t>
      </w:r>
    </w:p>
    <w:p w14:paraId="7C8E8A49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 2: Open Save As dialog</w:t>
      </w:r>
    </w:p>
    <w:p w14:paraId="035C052A" w14:textId="77777777" w:rsidR="006B49B7" w:rsidRPr="006B49B7" w:rsidRDefault="006B49B7" w:rsidP="006B49B7">
      <w:pPr>
        <w:numPr>
          <w:ilvl w:val="0"/>
          <w:numId w:val="12"/>
        </w:num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Press Ctrl+Shift+S (Windows) or Cmd+Shift+S (Mac)</w:t>
      </w:r>
    </w:p>
    <w:p w14:paraId="7C3ECC6F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 3: Enter correct filename</w:t>
      </w:r>
    </w:p>
    <w:p w14:paraId="1035B6AA" w14:textId="77777777" w:rsidR="006B49B7" w:rsidRPr="006B49B7" w:rsidRDefault="006B49B7" w:rsidP="006B49B7">
      <w:pPr>
        <w:numPr>
          <w:ilvl w:val="0"/>
          <w:numId w:val="12"/>
        </w:num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Type: SURNAME_FIRSTNAME.docx</w:t>
      </w:r>
    </w:p>
    <w:p w14:paraId="77AD4071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 4: Check file format</w:t>
      </w:r>
    </w:p>
    <w:p w14:paraId="4C8E2117" w14:textId="77777777" w:rsidR="006B49B7" w:rsidRPr="006B49B7" w:rsidRDefault="006B49B7" w:rsidP="006B49B7">
      <w:pPr>
        <w:numPr>
          <w:ilvl w:val="0"/>
          <w:numId w:val="12"/>
        </w:num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Make sure it says 'Word Document (.docx)'</w:t>
      </w:r>
    </w:p>
    <w:p w14:paraId="03985AE2" w14:textId="77777777" w:rsidR="006B49B7" w:rsidRPr="006B49B7" w:rsidRDefault="006B49B7" w:rsidP="006B49B7">
      <w:pPr>
        <w:spacing w:after="0"/>
        <w:jc w:val="both"/>
        <w:rPr>
          <w:rFonts w:ascii="EC Square Sans Cond Pro" w:hAnsi="EC Square Sans Cond Pro" w:cstheme="minorHAnsi"/>
          <w:b/>
          <w:bCs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STEP 5: Click Save</w:t>
      </w:r>
    </w:p>
    <w:p w14:paraId="06E33652" w14:textId="77777777" w:rsidR="006B49B7" w:rsidRPr="006B49B7" w:rsidRDefault="006B49B7" w:rsidP="006B49B7">
      <w:pPr>
        <w:numPr>
          <w:ilvl w:val="0"/>
          <w:numId w:val="12"/>
        </w:numPr>
        <w:spacing w:after="0"/>
        <w:jc w:val="both"/>
        <w:rPr>
          <w:rFonts w:ascii="EC Square Sans Cond Pro" w:hAnsi="EC Square Sans Cond Pro" w:cstheme="minorHAnsi"/>
          <w:lang w:val="en-IE"/>
        </w:rPr>
      </w:pPr>
      <w:r w:rsidRPr="006B49B7">
        <w:rPr>
          <w:rFonts w:ascii="EC Square Sans Cond Pro" w:hAnsi="EC Square Sans Cond Pro" w:cstheme="minorHAnsi"/>
          <w:lang w:val="en-IE"/>
        </w:rPr>
        <w:t>Your file is now ready to submit</w:t>
      </w:r>
    </w:p>
    <w:p w14:paraId="55F41D8C" w14:textId="77777777" w:rsidR="002E4372" w:rsidRPr="006B49B7" w:rsidRDefault="002E4372" w:rsidP="005C46DC">
      <w:pPr>
        <w:spacing w:after="0"/>
        <w:jc w:val="both"/>
        <w:rPr>
          <w:rFonts w:ascii="EC Square Sans Cond Pro" w:hAnsi="EC Square Sans Cond Pro" w:cstheme="minorHAnsi"/>
          <w:lang w:val="en-IE"/>
        </w:rPr>
      </w:pPr>
    </w:p>
    <w:p w14:paraId="59268D7A" w14:textId="77777777" w:rsidR="00952153" w:rsidRPr="005C46DC" w:rsidRDefault="00952153" w:rsidP="005C46DC">
      <w:pPr>
        <w:spacing w:after="0"/>
        <w:jc w:val="both"/>
        <w:rPr>
          <w:rFonts w:ascii="EC Square Sans Cond Pro" w:hAnsi="EC Square Sans Cond Pro" w:cstheme="minorHAnsi"/>
        </w:rPr>
      </w:pPr>
    </w:p>
    <w:sectPr w:rsidR="00952153" w:rsidRPr="005C46DC" w:rsidSect="00063F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66" w:right="758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2310" w14:textId="77777777" w:rsidR="00B94C77" w:rsidRDefault="00B94C77" w:rsidP="003D7DC2">
      <w:pPr>
        <w:spacing w:after="0" w:line="240" w:lineRule="auto"/>
      </w:pPr>
      <w:r>
        <w:separator/>
      </w:r>
    </w:p>
  </w:endnote>
  <w:endnote w:type="continuationSeparator" w:id="0">
    <w:p w14:paraId="129A4D29" w14:textId="77777777" w:rsidR="00B94C77" w:rsidRDefault="00B94C77" w:rsidP="003D7DC2">
      <w:pPr>
        <w:spacing w:after="0" w:line="240" w:lineRule="auto"/>
      </w:pPr>
      <w:r>
        <w:continuationSeparator/>
      </w:r>
    </w:p>
  </w:endnote>
  <w:endnote w:id="1">
    <w:p w14:paraId="2C6F57F6" w14:textId="77777777" w:rsidR="00952153" w:rsidRPr="005C46DC" w:rsidRDefault="00952153" w:rsidP="00952153">
      <w:pPr>
        <w:pStyle w:val="EndnoteText"/>
        <w:ind w:left="284" w:hanging="284"/>
        <w:rPr>
          <w:rFonts w:ascii="EC Square Sans Cond Pro" w:hAnsi="EC Square Sans Cond Pro" w:cstheme="minorHAnsi"/>
        </w:rPr>
      </w:pPr>
      <w:r>
        <w:rPr>
          <w:rStyle w:val="EndnoteReference"/>
        </w:rPr>
        <w:endnoteRef/>
      </w:r>
      <w:r>
        <w:t xml:space="preserve"> </w:t>
      </w:r>
      <w:r w:rsidRPr="005C46DC">
        <w:rPr>
          <w:rFonts w:ascii="EC Square Sans Cond Pro" w:hAnsi="EC Square Sans Cond Pro" w:cstheme="minorHAnsi"/>
          <w:lang w:val="en-IE"/>
        </w:rPr>
        <w:t>N/A if you are not subject to a compulsory military service in your Member State.</w:t>
      </w:r>
    </w:p>
    <w:p w14:paraId="6D2B5604" w14:textId="468E4C5D" w:rsidR="00952153" w:rsidRPr="00952153" w:rsidRDefault="00952153">
      <w:pPr>
        <w:pStyle w:val="EndnoteText"/>
      </w:pPr>
    </w:p>
  </w:endnote>
  <w:endnote w:id="2">
    <w:p w14:paraId="23BA9360" w14:textId="20C10D5E" w:rsidR="00952153" w:rsidRDefault="00952153">
      <w:pPr>
        <w:pStyle w:val="EndnoteText"/>
        <w:rPr>
          <w:rFonts w:ascii="EC Square Sans Cond Pro" w:hAnsi="EC Square Sans Cond Pro" w:cstheme="minorHAnsi"/>
        </w:rPr>
      </w:pPr>
      <w:r>
        <w:rPr>
          <w:rStyle w:val="EndnoteReference"/>
        </w:rPr>
        <w:endnoteRef/>
      </w:r>
      <w:r>
        <w:t xml:space="preserve"> </w:t>
      </w:r>
      <w:r w:rsidRPr="005C46DC">
        <w:rPr>
          <w:rFonts w:ascii="EC Square Sans Cond Pro" w:hAnsi="EC Square Sans Cond Pro" w:cstheme="minorHAnsi"/>
        </w:rPr>
        <w:t>At the recruitment stage y</w:t>
      </w:r>
      <w:r w:rsidRPr="005C46DC">
        <w:rPr>
          <w:rFonts w:ascii="EC Square Sans Cond Pro" w:hAnsi="EC Square Sans Cond Pro" w:cstheme="minorHAnsi"/>
          <w:lang w:val="en-IE"/>
        </w:rPr>
        <w:t xml:space="preserve">our diploma must be recognised by an EU educational institute or delivered by a non-EU educational institute </w:t>
      </w:r>
      <w:r w:rsidRPr="005C46DC">
        <w:rPr>
          <w:rFonts w:ascii="EC Square Sans Cond Pro" w:hAnsi="EC Square Sans Cond Pro" w:cstheme="minorHAnsi"/>
        </w:rPr>
        <w:t xml:space="preserve">but recognized by at least one Member State (see </w:t>
      </w:r>
      <w:hyperlink r:id="rId1" w:history="1">
        <w:r w:rsidRPr="005C46DC">
          <w:rPr>
            <w:rStyle w:val="Hyperlink"/>
            <w:rFonts w:ascii="EC Square Sans Cond Pro" w:hAnsi="EC Square Sans Cond Pro" w:cstheme="minorHAnsi"/>
          </w:rPr>
          <w:t>ENIC-NARIC</w:t>
        </w:r>
      </w:hyperlink>
      <w:r w:rsidRPr="005C46DC">
        <w:rPr>
          <w:rFonts w:ascii="EC Square Sans Cond Pro" w:hAnsi="EC Square Sans Cond Pro" w:cstheme="minorHAnsi"/>
        </w:rPr>
        <w:t xml:space="preserve"> – Gateway to recognition of qualifications).</w:t>
      </w:r>
    </w:p>
    <w:p w14:paraId="5EFEC481" w14:textId="77777777" w:rsidR="00952153" w:rsidRPr="00952153" w:rsidRDefault="00952153">
      <w:pPr>
        <w:pStyle w:val="EndnoteText"/>
      </w:pPr>
    </w:p>
  </w:endnote>
  <w:endnote w:id="3">
    <w:p w14:paraId="199E9A22" w14:textId="2DCE4766" w:rsidR="007B4D6C" w:rsidRDefault="007B4D6C">
      <w:pPr>
        <w:pStyle w:val="EndnoteText"/>
        <w:rPr>
          <w:rFonts w:ascii="EC Square Sans Cond Pro" w:hAnsi="EC Square Sans Cond Pro" w:cstheme="minorHAnsi"/>
          <w:lang w:val="en-IE"/>
        </w:rPr>
      </w:pPr>
      <w:r>
        <w:rPr>
          <w:rStyle w:val="EndnoteReference"/>
        </w:rPr>
        <w:endnoteRef/>
      </w:r>
      <w:r>
        <w:t xml:space="preserve"> </w:t>
      </w:r>
      <w:r w:rsidRPr="005C46DC">
        <w:rPr>
          <w:rFonts w:ascii="EC Square Sans Cond Pro" w:hAnsi="EC Square Sans Cond Pro" w:cstheme="minorHAnsi"/>
          <w:lang w:val="en-IE"/>
        </w:rPr>
        <w:t>The official languages of the European Union are: BG (Bulgarian), CS (Czech), DA (Danish), DE (German), EL (Greek), EN (English), ES (Spanish), ET (Estonian), FI (Finnish), FR (French), GA (Irish), HR (Croatian), HU (Hungarian), IT (Italian), LT (Lithuanian), LV (Latvian), MT (Maltese), NL (Dutch), PL (Polish), PT (Portuguese), RO (Romanian), SK (Slovak), SL (Slovenian), SV (Swedish).</w:t>
      </w:r>
    </w:p>
    <w:p w14:paraId="68CEE51B" w14:textId="77777777" w:rsidR="00F42229" w:rsidRPr="007B4D6C" w:rsidRDefault="00F42229">
      <w:pPr>
        <w:pStyle w:val="EndnoteText"/>
      </w:pPr>
    </w:p>
  </w:endnote>
  <w:endnote w:id="4">
    <w:p w14:paraId="1FFCC81E" w14:textId="5E07ED13" w:rsidR="007B4D6C" w:rsidRPr="007B4D6C" w:rsidRDefault="007B4D6C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7B4D6C">
        <w:rPr>
          <w:lang w:val="fr-BE"/>
        </w:rPr>
        <w:t xml:space="preserve"> </w:t>
      </w:r>
      <w:hyperlink r:id="rId2" w:history="1">
        <w:r w:rsidRPr="007B4D6C">
          <w:rPr>
            <w:rStyle w:val="Hyperlink"/>
            <w:rFonts w:ascii="EC Square Sans Cond Pro" w:hAnsi="EC Square Sans Cond Pro"/>
            <w:lang w:val="fr-BE"/>
          </w:rPr>
          <w:t>EUR-Lex - 01962R0031-20260101 - EN - EUR-Lex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86DB" w14:textId="77777777" w:rsidR="003D7DC2" w:rsidRDefault="003D7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2714" w14:textId="77777777" w:rsidR="003D7DC2" w:rsidRDefault="003D7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C48E" w14:textId="77777777" w:rsidR="003D7DC2" w:rsidRDefault="003D7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BB65" w14:textId="77777777" w:rsidR="00B94C77" w:rsidRDefault="00B94C77" w:rsidP="003D7DC2">
      <w:pPr>
        <w:spacing w:after="0" w:line="240" w:lineRule="auto"/>
      </w:pPr>
      <w:r>
        <w:separator/>
      </w:r>
    </w:p>
  </w:footnote>
  <w:footnote w:type="continuationSeparator" w:id="0">
    <w:p w14:paraId="47031F11" w14:textId="77777777" w:rsidR="00B94C77" w:rsidRDefault="00B94C77" w:rsidP="003D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D2F6" w14:textId="77777777" w:rsidR="003D7DC2" w:rsidRDefault="003D7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2317" w14:textId="104140F9" w:rsidR="003D7DC2" w:rsidRDefault="003D7DC2" w:rsidP="003D7D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2664B94" wp14:editId="196E2C4F">
          <wp:extent cx="1647820" cy="1152525"/>
          <wp:effectExtent l="0" t="0" r="0" b="0"/>
          <wp:docPr id="1430550345" name="Picture 1430550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93CE" w14:textId="77777777" w:rsidR="003D7DC2" w:rsidRDefault="003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853DC1"/>
    <w:multiLevelType w:val="hybridMultilevel"/>
    <w:tmpl w:val="E59ADD96"/>
    <w:lvl w:ilvl="0" w:tplc="6BF2BDA4">
      <w:start w:val="1"/>
      <w:numFmt w:val="bullet"/>
      <w:lvlText w:val="●"/>
      <w:lvlJc w:val="left"/>
      <w:pPr>
        <w:ind w:left="720" w:hanging="360"/>
      </w:pPr>
    </w:lvl>
    <w:lvl w:ilvl="1" w:tplc="F58ED2FE">
      <w:start w:val="1"/>
      <w:numFmt w:val="bullet"/>
      <w:lvlText w:val="○"/>
      <w:lvlJc w:val="left"/>
      <w:pPr>
        <w:ind w:left="1440" w:hanging="360"/>
      </w:pPr>
    </w:lvl>
    <w:lvl w:ilvl="2" w:tplc="142899DC">
      <w:start w:val="1"/>
      <w:numFmt w:val="bullet"/>
      <w:lvlText w:val="■"/>
      <w:lvlJc w:val="left"/>
      <w:pPr>
        <w:ind w:left="2160" w:hanging="360"/>
      </w:pPr>
    </w:lvl>
    <w:lvl w:ilvl="3" w:tplc="24F08492">
      <w:start w:val="1"/>
      <w:numFmt w:val="bullet"/>
      <w:lvlText w:val="●"/>
      <w:lvlJc w:val="left"/>
      <w:pPr>
        <w:ind w:left="2880" w:hanging="360"/>
      </w:pPr>
    </w:lvl>
    <w:lvl w:ilvl="4" w:tplc="7A6021BE">
      <w:start w:val="1"/>
      <w:numFmt w:val="bullet"/>
      <w:lvlText w:val="○"/>
      <w:lvlJc w:val="left"/>
      <w:pPr>
        <w:ind w:left="3600" w:hanging="360"/>
      </w:pPr>
    </w:lvl>
    <w:lvl w:ilvl="5" w:tplc="DEB8B1E0">
      <w:start w:val="1"/>
      <w:numFmt w:val="bullet"/>
      <w:lvlText w:val="■"/>
      <w:lvlJc w:val="left"/>
      <w:pPr>
        <w:ind w:left="4320" w:hanging="360"/>
      </w:pPr>
    </w:lvl>
    <w:lvl w:ilvl="6" w:tplc="7916CD38">
      <w:start w:val="1"/>
      <w:numFmt w:val="bullet"/>
      <w:lvlText w:val="●"/>
      <w:lvlJc w:val="left"/>
      <w:pPr>
        <w:ind w:left="5040" w:hanging="360"/>
      </w:pPr>
    </w:lvl>
    <w:lvl w:ilvl="7" w:tplc="5168836A">
      <w:start w:val="1"/>
      <w:numFmt w:val="bullet"/>
      <w:lvlText w:val="●"/>
      <w:lvlJc w:val="left"/>
      <w:pPr>
        <w:ind w:left="5760" w:hanging="360"/>
      </w:pPr>
    </w:lvl>
    <w:lvl w:ilvl="8" w:tplc="14AC5164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47EC796A"/>
    <w:multiLevelType w:val="hybridMultilevel"/>
    <w:tmpl w:val="EC946740"/>
    <w:lvl w:ilvl="0" w:tplc="492A4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C10A2"/>
    <w:multiLevelType w:val="hybridMultilevel"/>
    <w:tmpl w:val="3B580AC2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749669">
    <w:abstractNumId w:val="8"/>
  </w:num>
  <w:num w:numId="2" w16cid:durableId="819343409">
    <w:abstractNumId w:val="6"/>
  </w:num>
  <w:num w:numId="3" w16cid:durableId="1791632329">
    <w:abstractNumId w:val="5"/>
  </w:num>
  <w:num w:numId="4" w16cid:durableId="192502444">
    <w:abstractNumId w:val="4"/>
  </w:num>
  <w:num w:numId="5" w16cid:durableId="424689965">
    <w:abstractNumId w:val="7"/>
  </w:num>
  <w:num w:numId="6" w16cid:durableId="1879586658">
    <w:abstractNumId w:val="3"/>
  </w:num>
  <w:num w:numId="7" w16cid:durableId="708727567">
    <w:abstractNumId w:val="2"/>
  </w:num>
  <w:num w:numId="8" w16cid:durableId="483353614">
    <w:abstractNumId w:val="1"/>
  </w:num>
  <w:num w:numId="9" w16cid:durableId="1804077729">
    <w:abstractNumId w:val="0"/>
  </w:num>
  <w:num w:numId="10" w16cid:durableId="1038164954">
    <w:abstractNumId w:val="10"/>
  </w:num>
  <w:num w:numId="11" w16cid:durableId="294943611">
    <w:abstractNumId w:val="11"/>
  </w:num>
  <w:num w:numId="12" w16cid:durableId="391806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eyKCAcZEMFm8kf88sjM+4z4bOMEbq0qqWOdiuh+ZamKJdw2L9MZQQLXdyFv0di29RGnhXxeSjZRCEvxJCryrg==" w:salt="fxAR+xHllmZ2sncRpv7/P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870"/>
    <w:rsid w:val="00004010"/>
    <w:rsid w:val="00034616"/>
    <w:rsid w:val="00041E42"/>
    <w:rsid w:val="000444CC"/>
    <w:rsid w:val="00046DD1"/>
    <w:rsid w:val="0006063C"/>
    <w:rsid w:val="00061920"/>
    <w:rsid w:val="00063F41"/>
    <w:rsid w:val="00076915"/>
    <w:rsid w:val="0007730B"/>
    <w:rsid w:val="000B4B45"/>
    <w:rsid w:val="000D15A0"/>
    <w:rsid w:val="000D3E79"/>
    <w:rsid w:val="000E20B4"/>
    <w:rsid w:val="00121B6A"/>
    <w:rsid w:val="0015074B"/>
    <w:rsid w:val="0016331C"/>
    <w:rsid w:val="00184710"/>
    <w:rsid w:val="001C79BC"/>
    <w:rsid w:val="001D0590"/>
    <w:rsid w:val="00253A40"/>
    <w:rsid w:val="002713FB"/>
    <w:rsid w:val="0029639D"/>
    <w:rsid w:val="002B0DD3"/>
    <w:rsid w:val="002C2EF5"/>
    <w:rsid w:val="002E4372"/>
    <w:rsid w:val="002E4F4C"/>
    <w:rsid w:val="003068CC"/>
    <w:rsid w:val="00326F90"/>
    <w:rsid w:val="00353B49"/>
    <w:rsid w:val="00373A16"/>
    <w:rsid w:val="00373EB8"/>
    <w:rsid w:val="003B0A19"/>
    <w:rsid w:val="003C307C"/>
    <w:rsid w:val="003D18B9"/>
    <w:rsid w:val="003D633C"/>
    <w:rsid w:val="003D7DC2"/>
    <w:rsid w:val="003E1A47"/>
    <w:rsid w:val="003F3D28"/>
    <w:rsid w:val="00420E09"/>
    <w:rsid w:val="00482A93"/>
    <w:rsid w:val="00482FC2"/>
    <w:rsid w:val="004A2684"/>
    <w:rsid w:val="004A31FA"/>
    <w:rsid w:val="004E4205"/>
    <w:rsid w:val="00505596"/>
    <w:rsid w:val="005074C7"/>
    <w:rsid w:val="00564BB1"/>
    <w:rsid w:val="00581C67"/>
    <w:rsid w:val="005C46DC"/>
    <w:rsid w:val="005E53EE"/>
    <w:rsid w:val="00611311"/>
    <w:rsid w:val="00661133"/>
    <w:rsid w:val="00670F14"/>
    <w:rsid w:val="006B49B7"/>
    <w:rsid w:val="006E4463"/>
    <w:rsid w:val="006E44E2"/>
    <w:rsid w:val="0072209C"/>
    <w:rsid w:val="007246FB"/>
    <w:rsid w:val="00771376"/>
    <w:rsid w:val="007B4D6C"/>
    <w:rsid w:val="007B7C0F"/>
    <w:rsid w:val="007C2423"/>
    <w:rsid w:val="00861207"/>
    <w:rsid w:val="008676B5"/>
    <w:rsid w:val="008A42D1"/>
    <w:rsid w:val="008C6446"/>
    <w:rsid w:val="0090219E"/>
    <w:rsid w:val="00952153"/>
    <w:rsid w:val="009849F9"/>
    <w:rsid w:val="009D0EF9"/>
    <w:rsid w:val="00A020D9"/>
    <w:rsid w:val="00A40191"/>
    <w:rsid w:val="00A4261D"/>
    <w:rsid w:val="00A53E8B"/>
    <w:rsid w:val="00A816BA"/>
    <w:rsid w:val="00A8187F"/>
    <w:rsid w:val="00AA02C9"/>
    <w:rsid w:val="00AA1D8D"/>
    <w:rsid w:val="00B17C83"/>
    <w:rsid w:val="00B4235D"/>
    <w:rsid w:val="00B47730"/>
    <w:rsid w:val="00B94C77"/>
    <w:rsid w:val="00BA2D01"/>
    <w:rsid w:val="00BC03BF"/>
    <w:rsid w:val="00C33F47"/>
    <w:rsid w:val="00C40E4C"/>
    <w:rsid w:val="00C562E1"/>
    <w:rsid w:val="00C62C1C"/>
    <w:rsid w:val="00CB0664"/>
    <w:rsid w:val="00CC1A51"/>
    <w:rsid w:val="00D27534"/>
    <w:rsid w:val="00D33CFB"/>
    <w:rsid w:val="00D35A14"/>
    <w:rsid w:val="00D62AD4"/>
    <w:rsid w:val="00D72C97"/>
    <w:rsid w:val="00D8219A"/>
    <w:rsid w:val="00DA75C6"/>
    <w:rsid w:val="00E25B03"/>
    <w:rsid w:val="00E50618"/>
    <w:rsid w:val="00EF4A60"/>
    <w:rsid w:val="00F42229"/>
    <w:rsid w:val="00F42C0D"/>
    <w:rsid w:val="00F5168B"/>
    <w:rsid w:val="00F6488E"/>
    <w:rsid w:val="00F7486C"/>
    <w:rsid w:val="00F971A9"/>
    <w:rsid w:val="00FB700E"/>
    <w:rsid w:val="00FC28E5"/>
    <w:rsid w:val="00FC693F"/>
    <w:rsid w:val="00FE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BECAD"/>
  <w14:defaultImageDpi w14:val="330"/>
  <w15:docId w15:val="{34C6D375-5F3B-4F37-9833-9B3B0BF8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ZCom">
    <w:name w:val="Z_Com"/>
    <w:basedOn w:val="Normal"/>
    <w:next w:val="Normal"/>
    <w:rsid w:val="00564BB1"/>
    <w:pPr>
      <w:widowControl w:val="0"/>
      <w:spacing w:before="90" w:after="0" w:line="240" w:lineRule="auto"/>
      <w:ind w:right="85"/>
    </w:pPr>
    <w:rPr>
      <w:rFonts w:ascii="Times New Roman" w:eastAsia="Times New Roman" w:hAnsi="Times New Roman" w:cs="Times New Roman"/>
      <w:sz w:val="24"/>
      <w:szCs w:val="20"/>
      <w:lang w:val="fr-FR" w:eastAsia="en-IE"/>
    </w:rPr>
  </w:style>
  <w:style w:type="paragraph" w:customStyle="1" w:styleId="ZDGName">
    <w:name w:val="Z_DGName"/>
    <w:basedOn w:val="Normal"/>
    <w:rsid w:val="00564BB1"/>
    <w:pPr>
      <w:widowControl w:val="0"/>
      <w:spacing w:after="0" w:line="240" w:lineRule="auto"/>
      <w:ind w:right="85"/>
    </w:pPr>
    <w:rPr>
      <w:rFonts w:ascii="Times New Roman" w:eastAsia="Times New Roman" w:hAnsi="Times New Roman" w:cs="Times New Roman"/>
      <w:sz w:val="16"/>
      <w:szCs w:val="20"/>
      <w:lang w:val="fr-FR" w:eastAsia="en-IE"/>
    </w:rPr>
  </w:style>
  <w:style w:type="paragraph" w:customStyle="1" w:styleId="ZFlag">
    <w:name w:val="Z_Flag"/>
    <w:basedOn w:val="Normal"/>
    <w:next w:val="Normal"/>
    <w:rsid w:val="00564BB1"/>
    <w:pPr>
      <w:widowControl w:val="0"/>
      <w:spacing w:after="0" w:line="240" w:lineRule="auto"/>
      <w:ind w:right="85"/>
      <w:jc w:val="both"/>
    </w:pPr>
    <w:rPr>
      <w:rFonts w:ascii="Times New Roman" w:eastAsia="Times New Roman" w:hAnsi="Times New Roman" w:cs="Times New Roman"/>
      <w:sz w:val="24"/>
      <w:szCs w:val="20"/>
      <w:lang w:val="fr-FR" w:eastAsia="en-IE"/>
    </w:rPr>
  </w:style>
  <w:style w:type="table" w:customStyle="1" w:styleId="TableLetterhead">
    <w:name w:val="Table Letterhead"/>
    <w:basedOn w:val="TableNormal"/>
    <w:semiHidden/>
    <w:rsid w:val="00564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IE"/>
    </w:rPr>
    <w:tblPr>
      <w:tblCellMar>
        <w:left w:w="0" w:type="dxa"/>
        <w:bottom w:w="340" w:type="dxa"/>
        <w:right w:w="0" w:type="dxa"/>
      </w:tblCellMar>
    </w:tblPr>
  </w:style>
  <w:style w:type="character" w:styleId="PlaceholderText">
    <w:name w:val="Placeholder Text"/>
    <w:basedOn w:val="DefaultParagraphFont"/>
    <w:semiHidden/>
    <w:rsid w:val="007C2423"/>
    <w:rPr>
      <w:color w:val="666666"/>
    </w:rPr>
  </w:style>
  <w:style w:type="character" w:styleId="Hyperlink">
    <w:name w:val="Hyperlink"/>
    <w:rsid w:val="00253A40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53A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I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53A40"/>
    <w:rPr>
      <w:rFonts w:ascii="Times New Roman" w:eastAsia="Times New Roman" w:hAnsi="Times New Roman" w:cs="Times New Roman"/>
      <w:sz w:val="20"/>
      <w:szCs w:val="20"/>
      <w:lang w:val="en-GB" w:eastAsia="en-IE"/>
    </w:rPr>
  </w:style>
  <w:style w:type="character" w:styleId="EndnoteReference">
    <w:name w:val="endnote reference"/>
    <w:basedOn w:val="DefaultParagraphFont"/>
    <w:uiPriority w:val="99"/>
    <w:semiHidden/>
    <w:unhideWhenUsed/>
    <w:rsid w:val="00253A4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C46D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16768.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c.europa.eu/dpo-register/detail/DPR-EC-16768.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.eu/europass/en/common-european-framework-reference-language-skill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EN/TXT/?uri=CELEX%3A01962R0031-20260101&amp;qid=1786120851222" TargetMode="External"/><Relationship Id="rId1" Type="http://schemas.openxmlformats.org/officeDocument/2006/relationships/hyperlink" Target="https://www.enic-naric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36E9CD329744ADBFDD561C2EBE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48C67-CA8C-4F2E-914D-A8B232A4DDAF}"/>
      </w:docPartPr>
      <w:docPartBody>
        <w:p w:rsidR="00FE7BD6" w:rsidRDefault="000B398A" w:rsidP="000B398A">
          <w:pPr>
            <w:pStyle w:val="1936E9CD329744ADBFDD561C2EBED71D1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 </w:t>
          </w:r>
        </w:p>
      </w:docPartBody>
    </w:docPart>
    <w:docPart>
      <w:docPartPr>
        <w:name w:val="EF287693973D453BB4B3732668506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ABE14-F3BD-4CC8-AC24-3FC72EC0C351}"/>
      </w:docPartPr>
      <w:docPartBody>
        <w:p w:rsidR="00FE7BD6" w:rsidRDefault="000B398A" w:rsidP="000B398A">
          <w:pPr>
            <w:pStyle w:val="EF287693973D453BB4B37326685060DE2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Please fill in here</w:t>
          </w:r>
          <w:r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</w:t>
          </w:r>
        </w:p>
      </w:docPartBody>
    </w:docPart>
    <w:docPart>
      <w:docPartPr>
        <w:name w:val="6C993446150C44B79B179AC1C5736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9251-693C-4F32-8A3F-B9CC9E752D5C}"/>
      </w:docPartPr>
      <w:docPartBody>
        <w:p w:rsidR="00FE7BD6" w:rsidRDefault="000B398A" w:rsidP="000B398A">
          <w:pPr>
            <w:pStyle w:val="6C993446150C44B79B179AC1C5736E132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</w:t>
          </w:r>
        </w:p>
      </w:docPartBody>
    </w:docPart>
    <w:docPart>
      <w:docPartPr>
        <w:name w:val="EF3697435EBE4F64939B3CD496CA3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BA00-4525-4F12-A3B9-82C0A8ACB15B}"/>
      </w:docPartPr>
      <w:docPartBody>
        <w:p w:rsidR="00FE7BD6" w:rsidRDefault="000B398A" w:rsidP="000B398A">
          <w:pPr>
            <w:pStyle w:val="EF3697435EBE4F64939B3CD496CA396B2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</w:t>
          </w:r>
        </w:p>
      </w:docPartBody>
    </w:docPart>
    <w:docPart>
      <w:docPartPr>
        <w:name w:val="5B5A6BF587ED4E35A4B5257B57536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EF404-2BB9-43F2-94DB-463A24D01CB9}"/>
      </w:docPartPr>
      <w:docPartBody>
        <w:p w:rsidR="00FE7BD6" w:rsidRDefault="000B398A" w:rsidP="000B398A">
          <w:pPr>
            <w:pStyle w:val="5B5A6BF587ED4E35A4B5257B575366772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Please fill in here </w:t>
          </w:r>
        </w:p>
      </w:docPartBody>
    </w:docPart>
    <w:docPart>
      <w:docPartPr>
        <w:name w:val="8F414C32531949A29D5CABF2E7538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F7D4-D229-4CEC-93B0-B9C43B21823E}"/>
      </w:docPartPr>
      <w:docPartBody>
        <w:p w:rsidR="00FE7BD6" w:rsidRDefault="000B398A" w:rsidP="000B398A">
          <w:pPr>
            <w:pStyle w:val="8F414C32531949A29D5CABF2E75380682"/>
          </w:pPr>
          <w:r w:rsidRPr="00EF4A60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Please fill in here   </w:t>
          </w:r>
        </w:p>
      </w:docPartBody>
    </w:docPart>
    <w:docPart>
      <w:docPartPr>
        <w:name w:val="AC55D6CD496D4AD3ACE1EBCB669F0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9412-A019-480B-BD7F-89DA88B103AF}"/>
      </w:docPartPr>
      <w:docPartBody>
        <w:p w:rsidR="00FE7BD6" w:rsidRDefault="003F12EC">
          <w:r>
            <w:t xml:space="preserve">     </w:t>
          </w:r>
        </w:p>
      </w:docPartBody>
    </w:docPart>
    <w:docPart>
      <w:docPartPr>
        <w:name w:val="241935DE6BC249EB8A40A2D7EFF9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0908A-B985-400B-B3B8-5ED6FB6EDDB4}"/>
      </w:docPartPr>
      <w:docPartBody>
        <w:p w:rsidR="00FE7BD6" w:rsidRDefault="000B398A" w:rsidP="000B398A">
          <w:pPr>
            <w:pStyle w:val="241935DE6BC249EB8A40A2D7EFF990B4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p>
      </w:docPartBody>
    </w:docPart>
    <w:docPart>
      <w:docPartPr>
        <w:name w:val="6E2296FCAB3845958F81DAB07FA6D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FF709-8DDF-4069-963F-201DCDE52978}"/>
      </w:docPartPr>
      <w:docPartBody>
        <w:p w:rsidR="00FE7BD6" w:rsidRDefault="000B398A" w:rsidP="000B398A">
          <w:pPr>
            <w:pStyle w:val="6E2296FCAB3845958F81DAB07FA6D84A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Choose an item.  </w:t>
          </w:r>
        </w:p>
      </w:docPartBody>
    </w:docPart>
    <w:docPart>
      <w:docPartPr>
        <w:name w:val="D70BA089BD6A45E58365FFD58F344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D1316-84A6-4516-A660-4980FA2AC110}"/>
      </w:docPartPr>
      <w:docPartBody>
        <w:p w:rsidR="00FE7BD6" w:rsidRDefault="000B398A" w:rsidP="000B398A">
          <w:pPr>
            <w:pStyle w:val="D70BA089BD6A45E58365FFD58F344D89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Choose an item.  </w:t>
          </w:r>
        </w:p>
      </w:docPartBody>
    </w:docPart>
    <w:docPart>
      <w:docPartPr>
        <w:name w:val="9C784CDE255745E8BACA04E1CB789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3940-DFF8-4C45-8EBA-5A43BBF73359}"/>
      </w:docPartPr>
      <w:docPartBody>
        <w:p w:rsidR="00FE7BD6" w:rsidRDefault="000B398A" w:rsidP="000B398A">
          <w:pPr>
            <w:pStyle w:val="9C784CDE255745E8BACA04E1CB789C39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Choose an item.  </w:t>
          </w:r>
        </w:p>
      </w:docPartBody>
    </w:docPart>
    <w:docPart>
      <w:docPartPr>
        <w:name w:val="15E9E3BBCBA942B39B33C5C240ECD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C40D4-5E55-499D-A14D-5C77E46C52EB}"/>
      </w:docPartPr>
      <w:docPartBody>
        <w:p w:rsidR="00FE7BD6" w:rsidRDefault="000B398A" w:rsidP="000B398A">
          <w:pPr>
            <w:pStyle w:val="15E9E3BBCBA942B39B33C5C240ECDC8E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</w:t>
          </w:r>
        </w:p>
      </w:docPartBody>
    </w:docPart>
    <w:docPart>
      <w:docPartPr>
        <w:name w:val="817C5C6866B04C5786E0AB36732DF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8C8C9-7C81-4964-A895-FBDB9E05EEBC}"/>
      </w:docPartPr>
      <w:docPartBody>
        <w:p w:rsidR="00FE7BD6" w:rsidRDefault="000B398A" w:rsidP="000B398A">
          <w:pPr>
            <w:pStyle w:val="817C5C6866B04C5786E0AB36732DF087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 Please fill in here </w:t>
          </w:r>
        </w:p>
      </w:docPartBody>
    </w:docPart>
    <w:docPart>
      <w:docPartPr>
        <w:name w:val="F295B577AACB4F238EF2CAD409CFC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7256-E9E3-41E9-96CC-3B4EC8C22A6C}"/>
      </w:docPartPr>
      <w:docPartBody>
        <w:p w:rsidR="00FE7BD6" w:rsidRDefault="000B398A" w:rsidP="000B398A">
          <w:pPr>
            <w:pStyle w:val="F295B577AACB4F238EF2CAD409CFC84B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</w:t>
          </w:r>
        </w:p>
      </w:docPartBody>
    </w:docPart>
    <w:docPart>
      <w:docPartPr>
        <w:name w:val="BD3F902DD6B340248A749ED6AAB0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E51D-AF73-46F3-9A30-B90017385E85}"/>
      </w:docPartPr>
      <w:docPartBody>
        <w:p w:rsidR="00FE7BD6" w:rsidRDefault="000B398A" w:rsidP="000B398A">
          <w:pPr>
            <w:pStyle w:val="BD3F902DD6B340248A749ED6AAB0AFED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Please fill in here   </w:t>
          </w:r>
        </w:p>
      </w:docPartBody>
    </w:docPart>
    <w:docPart>
      <w:docPartPr>
        <w:name w:val="0F484FCACC954F859FA809E23167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7495E-6310-48D2-B0A2-5C76B1053854}"/>
      </w:docPartPr>
      <w:docPartBody>
        <w:p w:rsidR="00FE7BD6" w:rsidRDefault="000B398A" w:rsidP="000B398A">
          <w:pPr>
            <w:pStyle w:val="0F484FCACC954F859FA809E231674573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Please fill in here  </w:t>
          </w:r>
        </w:p>
      </w:docPartBody>
    </w:docPart>
    <w:docPart>
      <w:docPartPr>
        <w:name w:val="AC5AB8EA8285451281F1B36DC442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B368-3836-45FA-A9D1-71A003D9C33D}"/>
      </w:docPartPr>
      <w:docPartBody>
        <w:p w:rsidR="00FE7BD6" w:rsidRDefault="000B398A" w:rsidP="000B398A">
          <w:pPr>
            <w:pStyle w:val="AC5AB8EA8285451281F1B36DC442C7B7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Please fill in here   </w:t>
          </w:r>
        </w:p>
      </w:docPartBody>
    </w:docPart>
    <w:docPart>
      <w:docPartPr>
        <w:name w:val="0ED51582CF2B4CC4A5F7E836C194F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B54B8-F9DA-452D-9B07-07916E03241A}"/>
      </w:docPartPr>
      <w:docPartBody>
        <w:p w:rsidR="00FE7BD6" w:rsidRDefault="000B398A" w:rsidP="000B398A">
          <w:pPr>
            <w:pStyle w:val="0ED51582CF2B4CC4A5F7E836C194F11C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Please fill in here  </w:t>
          </w:r>
        </w:p>
      </w:docPartBody>
    </w:docPart>
    <w:docPart>
      <w:docPartPr>
        <w:name w:val="D6B3F508F40B4934840B83DF645DA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B2DAB-6ED7-4CA1-AAA2-51E6F4430E61}"/>
      </w:docPartPr>
      <w:docPartBody>
        <w:p w:rsidR="00FE7BD6" w:rsidRDefault="000B398A" w:rsidP="000B398A">
          <w:pPr>
            <w:pStyle w:val="D6B3F508F40B4934840B83DF645DA012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Choose an item.  </w:t>
          </w:r>
        </w:p>
      </w:docPartBody>
    </w:docPart>
    <w:docPart>
      <w:docPartPr>
        <w:name w:val="4A0F8D496A6B452C9721CED82AF34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150B-857B-448A-A7C4-22998A20E364}"/>
      </w:docPartPr>
      <w:docPartBody>
        <w:p w:rsidR="00FE7BD6" w:rsidRDefault="000B398A" w:rsidP="000B398A">
          <w:pPr>
            <w:pStyle w:val="4A0F8D496A6B452C9721CED82AF34525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 Choose an item.  </w:t>
          </w:r>
        </w:p>
      </w:docPartBody>
    </w:docPart>
    <w:docPart>
      <w:docPartPr>
        <w:name w:val="31ED81F0139843C29CD751E20DB5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ED92-2F14-4232-87CE-8F27A26082EE}"/>
      </w:docPartPr>
      <w:docPartBody>
        <w:p w:rsidR="00FE7BD6" w:rsidRDefault="000B398A" w:rsidP="000B398A">
          <w:pPr>
            <w:pStyle w:val="31ED81F0139843C29CD751E20DB5FEAC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p>
      </w:docPartBody>
    </w:docPart>
    <w:docPart>
      <w:docPartPr>
        <w:name w:val="6967F3C3E68548B3B112BB811CD6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9447-DC66-422B-9AA9-70B63389903D}"/>
      </w:docPartPr>
      <w:docPartBody>
        <w:p w:rsidR="00FE7BD6" w:rsidRDefault="000B398A" w:rsidP="000B398A">
          <w:pPr>
            <w:pStyle w:val="6967F3C3E68548B3B112BB811CD61A97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p>
      </w:docPartBody>
    </w:docPart>
    <w:docPart>
      <w:docPartPr>
        <w:name w:val="CCB04D59CF684766ACB67D88CEC58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F7486-913F-4CBF-B607-32BC2084D3E8}"/>
      </w:docPartPr>
      <w:docPartBody>
        <w:p w:rsidR="00FE7BD6" w:rsidRDefault="000B398A" w:rsidP="000B398A">
          <w:pPr>
            <w:pStyle w:val="CCB04D59CF684766ACB67D88CEC580E3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Please fill in here   </w:t>
          </w:r>
        </w:p>
      </w:docPartBody>
    </w:docPart>
    <w:docPart>
      <w:docPartPr>
        <w:name w:val="51AE14E33D8848A4AD037909713B5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25230-7318-444C-BDAD-22F3AABD9EC7}"/>
      </w:docPartPr>
      <w:docPartBody>
        <w:p w:rsidR="00FE7BD6" w:rsidRDefault="000B398A" w:rsidP="000B398A">
          <w:pPr>
            <w:pStyle w:val="51AE14E33D8848A4AD037909713B5E962"/>
          </w:pPr>
          <w:r w:rsidRPr="00482FC2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p>
      </w:docPartBody>
    </w:docPart>
    <w:docPart>
      <w:docPartPr>
        <w:name w:val="33B8F216B1B144448FF3CF59222A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8C207-0983-4792-B7C7-5325706354BD}"/>
      </w:docPartPr>
      <w:docPartBody>
        <w:p w:rsidR="002B2A6C" w:rsidRDefault="000B398A" w:rsidP="000B398A">
          <w:pPr>
            <w:pStyle w:val="33B8F216B1B144448FF3CF59222A18142"/>
          </w:pPr>
          <w:r w:rsidRPr="00581C67">
            <w:rPr>
              <w:rFonts w:ascii="EC Square Sans Cond Pro" w:hAnsi="EC Square Sans Cond Pro"/>
              <w:highlight w:val="yellow"/>
              <w:bdr w:val="single" w:sz="4" w:space="0" w:color="auto"/>
            </w:rPr>
            <w:t xml:space="preserve">  Choose an item.   </w:t>
          </w:r>
        </w:p>
      </w:docPartBody>
    </w:docPart>
    <w:docPart>
      <w:docPartPr>
        <w:name w:val="5EF981F7D84949DAA63F299A8A3D3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5468-3C3D-4F9E-87A8-3CD6832024E1}"/>
      </w:docPartPr>
      <w:docPartBody>
        <w:p w:rsidR="002B2A6C" w:rsidRDefault="000B398A" w:rsidP="000B398A">
          <w:pPr>
            <w:pStyle w:val="5EF981F7D84949DAA63F299A8A3D34242"/>
          </w:pPr>
          <w:r w:rsidRPr="00581C67">
            <w:rPr>
              <w:rStyle w:val="PlaceholderText"/>
              <w:rFonts w:ascii="EC Square Sans Cond Pro" w:hAnsi="EC Square Sans Cond Pro"/>
              <w:color w:val="A6A6A6" w:themeColor="background1" w:themeShade="A6"/>
              <w:sz w:val="20"/>
              <w:highlight w:val="yellow"/>
              <w:bdr w:val="single" w:sz="4" w:space="0" w:color="auto"/>
            </w:rPr>
            <w:t>Click to enter a date</w:t>
          </w:r>
          <w:r w:rsidRPr="00581C67">
            <w:rPr>
              <w:rStyle w:val="PlaceholderText"/>
              <w:rFonts w:ascii="EC Square Sans Cond Pro" w:hAnsi="EC Square Sans Cond Pro"/>
              <w:highlight w:val="yellow"/>
              <w:bdr w:val="single" w:sz="4" w:space="0" w:color="au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EC"/>
    <w:rsid w:val="00046DD1"/>
    <w:rsid w:val="0007730B"/>
    <w:rsid w:val="000B398A"/>
    <w:rsid w:val="000D15A0"/>
    <w:rsid w:val="00155339"/>
    <w:rsid w:val="0026004B"/>
    <w:rsid w:val="002B2A6C"/>
    <w:rsid w:val="003068CC"/>
    <w:rsid w:val="003B007E"/>
    <w:rsid w:val="003B3117"/>
    <w:rsid w:val="003D633C"/>
    <w:rsid w:val="003F12EC"/>
    <w:rsid w:val="00404A1F"/>
    <w:rsid w:val="005E53EE"/>
    <w:rsid w:val="009833A4"/>
    <w:rsid w:val="00996D63"/>
    <w:rsid w:val="00D8219A"/>
    <w:rsid w:val="00F42DCD"/>
    <w:rsid w:val="00FE7BD6"/>
    <w:rsid w:val="00FF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0B398A"/>
    <w:rPr>
      <w:color w:val="666666"/>
    </w:rPr>
  </w:style>
  <w:style w:type="paragraph" w:customStyle="1" w:styleId="1936E9CD329744ADBFDD561C2EBED71D1">
    <w:name w:val="1936E9CD329744ADBFDD561C2EBED71D1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EF287693973D453BB4B37326685060DE2">
    <w:name w:val="EF287693973D453BB4B37326685060DE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C993446150C44B79B179AC1C5736E132">
    <w:name w:val="6C993446150C44B79B179AC1C5736E13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EF3697435EBE4F64939B3CD496CA396B2">
    <w:name w:val="EF3697435EBE4F64939B3CD496CA396B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B5A6BF587ED4E35A4B5257B575366772">
    <w:name w:val="5B5A6BF587ED4E35A4B5257B57536677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F414C32531949A29D5CABF2E75380682">
    <w:name w:val="8F414C32531949A29D5CABF2E7538068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41935DE6BC249EB8A40A2D7EFF990B42">
    <w:name w:val="241935DE6BC249EB8A40A2D7EFF990B4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E2296FCAB3845958F81DAB07FA6D84A2">
    <w:name w:val="6E2296FCAB3845958F81DAB07FA6D84A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D70BA089BD6A45E58365FFD58F344D892">
    <w:name w:val="D70BA089BD6A45E58365FFD58F344D89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1AE14E33D8848A4AD037909713B5E962">
    <w:name w:val="51AE14E33D8848A4AD037909713B5E96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9C784CDE255745E8BACA04E1CB789C392">
    <w:name w:val="9C784CDE255745E8BACA04E1CB789C39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15E9E3BBCBA942B39B33C5C240ECDC8E2">
    <w:name w:val="15E9E3BBCBA942B39B33C5C240ECDC8E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17C5C6866B04C5786E0AB36732DF0872">
    <w:name w:val="817C5C6866B04C5786E0AB36732DF087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F295B577AACB4F238EF2CAD409CFC84B2">
    <w:name w:val="F295B577AACB4F238EF2CAD409CFC84B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BD3F902DD6B340248A749ED6AAB0AFED2">
    <w:name w:val="BD3F902DD6B340248A749ED6AAB0AFED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0F484FCACC954F859FA809E2316745732">
    <w:name w:val="0F484FCACC954F859FA809E231674573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AC5AB8EA8285451281F1B36DC442C7B72">
    <w:name w:val="AC5AB8EA8285451281F1B36DC442C7B7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0ED51582CF2B4CC4A5F7E836C194F11C2">
    <w:name w:val="0ED51582CF2B4CC4A5F7E836C194F11C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33B8F216B1B144448FF3CF59222A18142">
    <w:name w:val="33B8F216B1B144448FF3CF59222A1814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D6B3F508F40B4934840B83DF645DA0122">
    <w:name w:val="D6B3F508F40B4934840B83DF645DA012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4A0F8D496A6B452C9721CED82AF345252">
    <w:name w:val="4A0F8D496A6B452C9721CED82AF34525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31ED81F0139843C29CD751E20DB5FEAC2">
    <w:name w:val="31ED81F0139843C29CD751E20DB5FEAC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967F3C3E68548B3B112BB811CD61A972">
    <w:name w:val="6967F3C3E68548B3B112BB811CD61A97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CCB04D59CF684766ACB67D88CEC580E32">
    <w:name w:val="CCB04D59CF684766ACB67D88CEC580E3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EF981F7D84949DAA63F299A8A3D34242">
    <w:name w:val="5EF981F7D84949DAA63F299A8A3D34242"/>
    <w:rsid w:val="000B398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271C3DAF0AA429EADCF8E02E6BA32" ma:contentTypeVersion="3" ma:contentTypeDescription="Create a new document." ma:contentTypeScope="" ma:versionID="4f3864c356daa4022eb61f57f2a3e8d5">
  <xsd:schema xmlns:xsd="http://www.w3.org/2001/XMLSchema" xmlns:xs="http://www.w3.org/2001/XMLSchema" xmlns:p="http://schemas.microsoft.com/office/2006/metadata/properties" xmlns:ns2="c39e6f6c-31cf-4ec1-8709-0bd20b6f55b9" targetNamespace="http://schemas.microsoft.com/office/2006/metadata/properties" ma:root="true" ma:fieldsID="38da21c8b53ec7895a1d4057f2b179ac" ns2:_="">
    <xsd:import namespace="c39e6f6c-31cf-4ec1-8709-0bd20b6f5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6f6c-31cf-4ec1-8709-0bd20b6f5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980AF-D73A-4A60-81B9-0F6284388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e6f6c-31cf-4ec1-8709-0bd20b6f5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D6AA7-2F80-46A1-B6F3-8BA189F08D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25523-8FD7-47DF-867F-82BE906D69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637</Words>
  <Characters>3308</Characters>
  <Application>Microsoft Office Word</Application>
  <DocSecurity>4</DocSecurity>
  <Lines>114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DRUBIGNY Laureline (HR)</cp:lastModifiedBy>
  <cp:revision>2</cp:revision>
  <dcterms:created xsi:type="dcterms:W3CDTF">2026-08-13T12:18:00Z</dcterms:created>
  <dcterms:modified xsi:type="dcterms:W3CDTF">2026-08-13T12:18:00Z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2025-10-14T13:32:23Z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c58732c9-375b-4c06-96ae-7bbfbb74777c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0x010100317271C3DAF0AA429EADCF8E02E6BA32</vt:lpwstr>
  </property>
</Properties>
</file>