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Letterhead"/>
        <w:tblW w:w="9480" w:type="dxa"/>
        <w:tblLook w:val="0620" w:firstRow="1" w:lastRow="0" w:firstColumn="0" w:lastColumn="0" w:noHBand="1" w:noVBand="1"/>
      </w:tblPr>
      <w:tblGrid>
        <w:gridCol w:w="2400"/>
        <w:gridCol w:w="7080"/>
      </w:tblGrid>
      <w:tr w:rsidR="00564BB1" w14:paraId="41BFD5BD" w14:textId="77777777" w:rsidTr="00756BA2">
        <w:trPr>
          <w:cantSplit/>
        </w:trPr>
        <w:tc>
          <w:tcPr>
            <w:tcW w:w="2400" w:type="dxa"/>
          </w:tcPr>
          <w:p w14:paraId="65D5EFEC" w14:textId="5844B44B" w:rsidR="00564BB1" w:rsidRDefault="00564BB1" w:rsidP="00756BA2">
            <w:pPr>
              <w:pStyle w:val="ZFlag"/>
            </w:pPr>
          </w:p>
        </w:tc>
        <w:tc>
          <w:tcPr>
            <w:tcW w:w="7080" w:type="dxa"/>
          </w:tcPr>
          <w:p w14:paraId="2854369C" w14:textId="2D0FF55D" w:rsidR="00564BB1" w:rsidRDefault="00564BB1" w:rsidP="00756BA2">
            <w:pPr>
              <w:pStyle w:val="ZDGName"/>
              <w:rPr>
                <w:b/>
              </w:rPr>
            </w:pPr>
          </w:p>
        </w:tc>
      </w:tr>
    </w:tbl>
    <w:p w14:paraId="3DBB7F13" w14:textId="590CC59D" w:rsidR="00FC28E5" w:rsidRPr="00564BB1" w:rsidRDefault="003E1A47" w:rsidP="00564BB1">
      <w:pPr>
        <w:pStyle w:val="Title"/>
      </w:pPr>
      <w:r>
        <w:t>Candidate Selection Form</w:t>
      </w:r>
    </w:p>
    <w:p w14:paraId="5D06E10E" w14:textId="77777777" w:rsidR="00FC28E5" w:rsidRDefault="003E1A47" w:rsidP="00564BB1">
      <w:pPr>
        <w:pStyle w:val="Subtitle"/>
      </w:pPr>
      <w:r>
        <w:t>1. PERSONAL INFORMATION</w:t>
      </w:r>
    </w:p>
    <w:p w14:paraId="6BF4B82A" w14:textId="2F41721C" w:rsidR="00FC28E5" w:rsidRDefault="003E1A47">
      <w:r>
        <w:t xml:space="preserve">First Name: </w:t>
      </w:r>
      <w:sdt>
        <w:sdtPr>
          <w:tag w:val="FirstName"/>
          <w:id w:val="873812323"/>
          <w:placeholder>
            <w:docPart w:val="1936E9CD329744ADBFDD561C2EBED71D"/>
          </w:placeholder>
          <w:showingPlcHdr/>
          <w:text/>
        </w:sdtPr>
        <w:sdtEndPr/>
        <w:sdtContent>
          <w:r>
            <w:t xml:space="preserve">   </w:t>
          </w:r>
          <w:r w:rsidR="000444CC">
            <w:t xml:space="preserve">Please fill in here </w:t>
          </w:r>
          <w:r>
            <w:t xml:space="preserve">  </w:t>
          </w:r>
        </w:sdtContent>
      </w:sdt>
    </w:p>
    <w:p w14:paraId="264A1A8C" w14:textId="48E577F0" w:rsidR="00FC28E5" w:rsidRDefault="003E1A47">
      <w:r>
        <w:t xml:space="preserve">Last Name: </w:t>
      </w:r>
      <w:sdt>
        <w:sdtPr>
          <w:tag w:val="LastName"/>
          <w:id w:val="-1624148044"/>
          <w:placeholder>
            <w:docPart w:val="EF287693973D453BB4B37326685060DE"/>
          </w:placeholder>
          <w:showingPlcHdr/>
          <w:text/>
        </w:sdtPr>
        <w:sdtEndPr/>
        <w:sdtContent>
          <w:r>
            <w:t xml:space="preserve">    </w:t>
          </w:r>
          <w:r w:rsidR="000444CC">
            <w:t>Please fill in here</w:t>
          </w:r>
          <w:r>
            <w:t xml:space="preserve"> </w:t>
          </w:r>
        </w:sdtContent>
      </w:sdt>
    </w:p>
    <w:p w14:paraId="03E926EF" w14:textId="263706EF" w:rsidR="00FC28E5" w:rsidRDefault="003E1A47">
      <w:r>
        <w:t xml:space="preserve">Nationality: </w:t>
      </w:r>
      <w:sdt>
        <w:sdtPr>
          <w:tag w:val="Nationality"/>
          <w:id w:val="-1854644580"/>
          <w:placeholder>
            <w:docPart w:val="6C993446150C44B79B179AC1C5736E13"/>
          </w:placeholder>
          <w:showingPlcHdr/>
          <w:text/>
        </w:sdtPr>
        <w:sdtEndPr/>
        <w:sdtContent>
          <w:r>
            <w:t xml:space="preserve">   </w:t>
          </w:r>
          <w:r w:rsidR="000444CC">
            <w:t>Please fill in here</w:t>
          </w:r>
          <w:r>
            <w:t xml:space="preserve">  </w:t>
          </w:r>
        </w:sdtContent>
      </w:sdt>
    </w:p>
    <w:p w14:paraId="22874989" w14:textId="2811C303" w:rsidR="00FC28E5" w:rsidRDefault="003E1A47">
      <w:r>
        <w:t xml:space="preserve">House No / Street: </w:t>
      </w:r>
      <w:sdt>
        <w:sdtPr>
          <w:tag w:val="HouseNoStreet"/>
          <w:id w:val="-640653122"/>
          <w:placeholder>
            <w:docPart w:val="EF3697435EBE4F64939B3CD496CA396B"/>
          </w:placeholder>
          <w:showingPlcHdr/>
          <w:text/>
        </w:sdtPr>
        <w:sdtEndPr/>
        <w:sdtContent>
          <w:r>
            <w:t xml:space="preserve">   </w:t>
          </w:r>
          <w:r w:rsidR="000444CC">
            <w:t>Please fill in here</w:t>
          </w:r>
          <w:r>
            <w:t xml:space="preserve">  </w:t>
          </w:r>
        </w:sdtContent>
      </w:sdt>
    </w:p>
    <w:p w14:paraId="3B1CD4C7" w14:textId="4C7308CE" w:rsidR="00FC28E5" w:rsidRDefault="003E1A47">
      <w:r>
        <w:t xml:space="preserve">City: </w:t>
      </w:r>
      <w:sdt>
        <w:sdtPr>
          <w:tag w:val="City"/>
          <w:id w:val="-1541269058"/>
          <w:placeholder>
            <w:docPart w:val="5B5A6BF587ED4E35A4B5257B57536677"/>
          </w:placeholder>
          <w:showingPlcHdr/>
          <w:text/>
        </w:sdtPr>
        <w:sdtEndPr/>
        <w:sdtContent>
          <w:r>
            <w:t xml:space="preserve">    </w:t>
          </w:r>
          <w:r w:rsidR="000444CC">
            <w:t>Please fill in here</w:t>
          </w:r>
          <w:r>
            <w:t xml:space="preserve"> </w:t>
          </w:r>
        </w:sdtContent>
      </w:sdt>
    </w:p>
    <w:p w14:paraId="5C1B9F1F" w14:textId="7425A1F2" w:rsidR="00FC28E5" w:rsidRDefault="003E1A47">
      <w:r>
        <w:t xml:space="preserve">Zip Code: </w:t>
      </w:r>
      <w:sdt>
        <w:sdtPr>
          <w:tag w:val="ZipCode"/>
          <w:id w:val="-798525907"/>
          <w:placeholder>
            <w:docPart w:val="8F414C32531949A29D5CABF2E7538068"/>
          </w:placeholder>
          <w:showingPlcHdr/>
          <w:text/>
        </w:sdtPr>
        <w:sdtEndPr/>
        <w:sdtContent>
          <w:r>
            <w:t xml:space="preserve">  </w:t>
          </w:r>
          <w:r w:rsidR="000444CC">
            <w:t>Please fill in here</w:t>
          </w:r>
          <w:r>
            <w:t xml:space="preserve">   </w:t>
          </w:r>
        </w:sdtContent>
      </w:sdt>
    </w:p>
    <w:p w14:paraId="2AB45762" w14:textId="08837838" w:rsidR="00FC28E5" w:rsidRDefault="003E1A47">
      <w:r>
        <w:t xml:space="preserve">Country: </w:t>
      </w:r>
      <w:sdt>
        <w:sdtPr>
          <w:tag w:val="Country"/>
          <w:id w:val="-433753435"/>
          <w:text/>
        </w:sdtPr>
        <w:sdtEndPr/>
        <w:sdtContent>
          <w:r w:rsidR="000444CC">
            <w:t>Please fill in here</w:t>
          </w:r>
        </w:sdtContent>
      </w:sdt>
    </w:p>
    <w:p w14:paraId="63890C63" w14:textId="602131AD" w:rsidR="00FC28E5" w:rsidRDefault="003E1A47">
      <w:r>
        <w:t xml:space="preserve">Email: </w:t>
      </w:r>
      <w:sdt>
        <w:sdtPr>
          <w:tag w:val="Email"/>
          <w:id w:val="1947038625"/>
          <w:text/>
        </w:sdtPr>
        <w:sdtEndPr/>
        <w:sdtContent>
          <w:r w:rsidR="000444CC">
            <w:t>Please fill in here</w:t>
          </w:r>
        </w:sdtContent>
      </w:sdt>
    </w:p>
    <w:p w14:paraId="1BAD1E3D" w14:textId="19574371" w:rsidR="00FC28E5" w:rsidRDefault="003E1A47">
      <w:r>
        <w:t xml:space="preserve">Mobile: </w:t>
      </w:r>
      <w:sdt>
        <w:sdtPr>
          <w:tag w:val="Mobile"/>
          <w:id w:val="1013196493"/>
          <w:text/>
        </w:sdtPr>
        <w:sdtEndPr/>
        <w:sdtContent>
          <w:r w:rsidR="000444CC">
            <w:t>Please fill in here</w:t>
          </w:r>
          <w:r w:rsidR="006E44E2">
            <w:t xml:space="preserve"> with </w:t>
          </w:r>
          <w:r w:rsidR="00670F14">
            <w:t>international</w:t>
          </w:r>
          <w:r w:rsidR="006E44E2">
            <w:t xml:space="preserve"> code</w:t>
          </w:r>
        </w:sdtContent>
      </w:sdt>
    </w:p>
    <w:p w14:paraId="5B6DCFB1" w14:textId="142C9D8A" w:rsidR="00FC28E5" w:rsidRDefault="003E1A47">
      <w:r>
        <w:t xml:space="preserve">Date of Birth: </w:t>
      </w:r>
      <w:sdt>
        <w:sdtPr>
          <w:tag w:val="DateOfBirth"/>
          <w:id w:val="-850415999"/>
          <w:date>
            <w:dateFormat w:val="dd/MM/yyyy"/>
            <w:lid w:val="en-GB"/>
            <w:storeMappedDataAs w:val="dateTime"/>
            <w:calendar w:val="gregorian"/>
          </w:date>
        </w:sdtPr>
        <w:sdtEndPr/>
        <w:sdtContent>
          <w:r w:rsidR="006E44E2">
            <w:t>Choose a date</w:t>
          </w:r>
        </w:sdtContent>
      </w:sdt>
    </w:p>
    <w:p w14:paraId="1EC5A8B9" w14:textId="53C3AF06" w:rsidR="00FC28E5" w:rsidRDefault="003E1A47">
      <w:r>
        <w:t xml:space="preserve">Gender: </w:t>
      </w:r>
      <w:sdt>
        <w:sdtPr>
          <w:tag w:val="Gender"/>
          <w:id w:val="-265698354"/>
          <w:placeholder>
            <w:docPart w:val="AC55D6CD496D4AD3ACE1EBCB669F0A4E"/>
          </w:placeholder>
          <w:dropDownList>
            <w:listItem w:displayText="Male" w:value="Male"/>
            <w:listItem w:displayText="Female" w:value="Female"/>
            <w:listItem w:displayText="Other" w:value="Other"/>
          </w:dropDownList>
        </w:sdtPr>
        <w:sdtEndPr/>
        <w:sdtContent>
          <w:r w:rsidR="007C2423" w:rsidRPr="007C2423">
            <w:t>Choose an item.</w:t>
          </w:r>
        </w:sdtContent>
      </w:sdt>
    </w:p>
    <w:p w14:paraId="1FE67882" w14:textId="77777777" w:rsidR="00FC28E5" w:rsidRDefault="003E1A47" w:rsidP="00564BB1">
      <w:pPr>
        <w:pStyle w:val="Subtitle"/>
      </w:pPr>
      <w:r>
        <w:t>2. ELIGIBILITY</w:t>
      </w:r>
    </w:p>
    <w:p w14:paraId="67A9C8A6" w14:textId="06B5F4C0" w:rsidR="00FC28E5" w:rsidRDefault="003E1A47">
      <w:r>
        <w:t xml:space="preserve">EU Citizenship: </w:t>
      </w:r>
      <w:sdt>
        <w:sdtPr>
          <w:tag w:val="EUCitizenship"/>
          <w:id w:val="753860390"/>
          <w:placeholder>
            <w:docPart w:val="241935DE6BC249EB8A40A2D7EFF990B4"/>
          </w:placeholder>
          <w:showingPlcHdr/>
          <w:dropDownList>
            <w:listItem w:displayText="Yes" w:value="Yes"/>
            <w:listItem w:displayText="No" w:value="No"/>
          </w:dropDownList>
        </w:sdtPr>
        <w:sdtEndPr/>
        <w:sdtContent>
          <w:r w:rsidR="002713FB">
            <w:t xml:space="preserve">  </w:t>
          </w:r>
          <w:r w:rsidR="007C2423" w:rsidRPr="007C2423">
            <w:t>Choose an item.</w:t>
          </w:r>
          <w:r w:rsidR="002713FB">
            <w:t xml:space="preserve">   </w:t>
          </w:r>
        </w:sdtContent>
      </w:sdt>
    </w:p>
    <w:p w14:paraId="778375B2" w14:textId="08E753B4" w:rsidR="00FC28E5" w:rsidRDefault="003E1A47">
      <w:r>
        <w:t xml:space="preserve">Military Service Completed: </w:t>
      </w:r>
      <w:sdt>
        <w:sdtPr>
          <w:tag w:val="MilitaryService"/>
          <w:id w:val="-960879822"/>
          <w:placeholder>
            <w:docPart w:val="6E2296FCAB3845958F81DAB07FA6D84A"/>
          </w:placeholder>
          <w:showingPlcHdr/>
          <w:dropDownList>
            <w:listItem w:displayText="Yes" w:value="Yes"/>
            <w:listItem w:displayText="No" w:value="No"/>
            <w:listItem w:displayText="N/A" w:value="N/A"/>
          </w:dropDownList>
        </w:sdtPr>
        <w:sdtEndPr/>
        <w:sdtContent>
          <w:r>
            <w:t xml:space="preserve">   </w:t>
          </w:r>
          <w:r w:rsidR="007C2423" w:rsidRPr="007C2423">
            <w:t>Choose an item.</w:t>
          </w:r>
          <w:r>
            <w:t xml:space="preserve">  </w:t>
          </w:r>
        </w:sdtContent>
      </w:sdt>
    </w:p>
    <w:p w14:paraId="0947355D" w14:textId="29EEF28C" w:rsidR="00FC28E5" w:rsidRDefault="003E1A47">
      <w:r>
        <w:t xml:space="preserve">Criminal Record: </w:t>
      </w:r>
      <w:sdt>
        <w:sdtPr>
          <w:tag w:val="CriminalRecord"/>
          <w:id w:val="2067147712"/>
          <w:placeholder>
            <w:docPart w:val="D70BA089BD6A45E58365FFD58F344D89"/>
          </w:placeholder>
          <w:showingPlcHdr/>
          <w:dropDownList>
            <w:listItem w:displayText="Clean" w:value="Clean"/>
            <w:listItem w:displayText="Not Clean" w:value="Not Clean"/>
          </w:dropDownList>
        </w:sdtPr>
        <w:sdtEndPr/>
        <w:sdtContent>
          <w:r>
            <w:t xml:space="preserve">   </w:t>
          </w:r>
          <w:r w:rsidR="007C2423" w:rsidRPr="007C2423">
            <w:t>Choose an item.</w:t>
          </w:r>
          <w:r>
            <w:t xml:space="preserve">  </w:t>
          </w:r>
        </w:sdtContent>
      </w:sdt>
    </w:p>
    <w:p w14:paraId="0BD6E277" w14:textId="63148126" w:rsidR="00FC28E5" w:rsidRDefault="003E1A47">
      <w:r>
        <w:t xml:space="preserve">Driving Licence: </w:t>
      </w:r>
      <w:sdt>
        <w:sdtPr>
          <w:tag w:val="DrivingLicence"/>
          <w:id w:val="-1473817263"/>
          <w:placeholder>
            <w:docPart w:val="51AE14E33D8848A4AD037909713B5E96"/>
          </w:placeholder>
          <w:showingPlcHdr/>
          <w:dropDownList>
            <w:listItem w:displayText="B" w:value="B"/>
            <w:listItem w:displayText="C" w:value="C"/>
            <w:listItem w:displayText="Other" w:value="Other"/>
          </w:dropDownList>
        </w:sdtPr>
        <w:sdtEndPr/>
        <w:sdtContent>
          <w:r w:rsidR="002713FB">
            <w:t xml:space="preserve">  </w:t>
          </w:r>
          <w:r w:rsidR="007C2423" w:rsidRPr="007C2423">
            <w:t>Choose an item.</w:t>
          </w:r>
          <w:r w:rsidR="002713FB">
            <w:t xml:space="preserve">   </w:t>
          </w:r>
        </w:sdtContent>
      </w:sdt>
    </w:p>
    <w:p w14:paraId="4DBAB31D" w14:textId="77777777" w:rsidR="00FC28E5" w:rsidRDefault="003E1A47" w:rsidP="00564BB1">
      <w:pPr>
        <w:pStyle w:val="Subtitle"/>
      </w:pPr>
      <w:r>
        <w:t>3. EDUCATION AND TRAINING</w:t>
      </w:r>
    </w:p>
    <w:p w14:paraId="0E764F1B" w14:textId="1627B022" w:rsidR="00FC28E5" w:rsidRDefault="003E1A47">
      <w:r>
        <w:t xml:space="preserve">Highest Education Level: </w:t>
      </w:r>
      <w:sdt>
        <w:sdtPr>
          <w:tag w:val="HighestEducation"/>
          <w:id w:val="1384218237"/>
          <w:placeholder>
            <w:docPart w:val="9C784CDE255745E8BACA04E1CB789C39"/>
          </w:placeholder>
          <w:showingPlcHdr/>
          <w:dropDownList>
            <w:listItem w:displayText="Secondary" w:value="Secondary"/>
            <w:listItem w:displayText="Post-Secondary" w:value="Post-Secondary"/>
            <w:listItem w:displayText="Professional Training" w:value="Professional Training"/>
          </w:dropDownList>
        </w:sdtPr>
        <w:sdtEndPr/>
        <w:sdtContent>
          <w:r>
            <w:t xml:space="preserve">   </w:t>
          </w:r>
          <w:r w:rsidR="007C2423" w:rsidRPr="007C2423">
            <w:t>Choose an item.</w:t>
          </w:r>
          <w:r>
            <w:t xml:space="preserve">  </w:t>
          </w:r>
        </w:sdtContent>
      </w:sdt>
    </w:p>
    <w:p w14:paraId="6BC5840A" w14:textId="0EA46E35" w:rsidR="00FC28E5" w:rsidRDefault="003E1A47">
      <w:r>
        <w:t xml:space="preserve">Diploma Title: </w:t>
      </w:r>
      <w:sdt>
        <w:sdtPr>
          <w:tag w:val="DiplomaTitle"/>
          <w:id w:val="-605891713"/>
          <w:placeholder>
            <w:docPart w:val="15E9E3BBCBA942B39B33C5C240ECDC8E"/>
          </w:placeholder>
          <w:showingPlcHdr/>
          <w:text/>
        </w:sdtPr>
        <w:sdtEndPr/>
        <w:sdtContent>
          <w:r>
            <w:t xml:space="preserve">   </w:t>
          </w:r>
          <w:r w:rsidR="006E44E2">
            <w:t>Please fill in here</w:t>
          </w:r>
          <w:r>
            <w:t xml:space="preserve">  </w:t>
          </w:r>
        </w:sdtContent>
      </w:sdt>
    </w:p>
    <w:p w14:paraId="13676D8B" w14:textId="129314CA" w:rsidR="00FC28E5" w:rsidRDefault="003E1A47">
      <w:r>
        <w:t xml:space="preserve">Institution / Academy Name: </w:t>
      </w:r>
      <w:sdt>
        <w:sdtPr>
          <w:tag w:val="InstitutionName"/>
          <w:id w:val="555288422"/>
          <w:placeholder>
            <w:docPart w:val="817C5C6866B04C5786E0AB36732DF087"/>
          </w:placeholder>
          <w:showingPlcHdr/>
          <w:text/>
        </w:sdtPr>
        <w:sdtEndPr/>
        <w:sdtContent>
          <w:r>
            <w:t xml:space="preserve">    </w:t>
          </w:r>
          <w:r w:rsidR="006E44E2">
            <w:t>Please fill in here</w:t>
          </w:r>
          <w:r>
            <w:t xml:space="preserve"> </w:t>
          </w:r>
        </w:sdtContent>
      </w:sdt>
    </w:p>
    <w:p w14:paraId="01E2355B" w14:textId="18BE8F88" w:rsidR="00FC28E5" w:rsidRDefault="003E1A47">
      <w:r>
        <w:t xml:space="preserve">Country of Issue: </w:t>
      </w:r>
      <w:sdt>
        <w:sdtPr>
          <w:tag w:val="CountryOfIssue"/>
          <w:id w:val="568775180"/>
          <w:placeholder>
            <w:docPart w:val="F295B577AACB4F238EF2CAD409CFC84B"/>
          </w:placeholder>
          <w:showingPlcHdr/>
          <w:text/>
        </w:sdtPr>
        <w:sdtEndPr/>
        <w:sdtContent>
          <w:r>
            <w:t xml:space="preserve">   </w:t>
          </w:r>
          <w:r w:rsidR="006E44E2">
            <w:t>Please fill in here</w:t>
          </w:r>
          <w:r>
            <w:t xml:space="preserve">  </w:t>
          </w:r>
        </w:sdtContent>
      </w:sdt>
    </w:p>
    <w:p w14:paraId="5E259EF3" w14:textId="77777777" w:rsidR="00FC28E5" w:rsidRDefault="003E1A47" w:rsidP="00564BB1">
      <w:pPr>
        <w:pStyle w:val="Subtitle"/>
      </w:pPr>
      <w:r>
        <w:lastRenderedPageBreak/>
        <w:t>4. PROFESSIONAL EXPERIENCE</w:t>
      </w:r>
    </w:p>
    <w:p w14:paraId="644FC7A3" w14:textId="4AF1D7C9" w:rsidR="00FC28E5" w:rsidRDefault="003E1A47">
      <w:r>
        <w:t xml:space="preserve">Total Years of Experience: </w:t>
      </w:r>
      <w:sdt>
        <w:sdtPr>
          <w:tag w:val="TotalYearsExperience"/>
          <w:id w:val="1832334834"/>
          <w:placeholder>
            <w:docPart w:val="BD3F902DD6B340248A749ED6AAB0AFED"/>
          </w:placeholder>
          <w:showingPlcHdr/>
          <w:text/>
        </w:sdtPr>
        <w:sdtEndPr/>
        <w:sdtContent>
          <w:r>
            <w:t xml:space="preserve">  </w:t>
          </w:r>
          <w:r w:rsidR="006E44E2">
            <w:t>Please fill in here</w:t>
          </w:r>
          <w:r>
            <w:t xml:space="preserve">   </w:t>
          </w:r>
        </w:sdtContent>
      </w:sdt>
    </w:p>
    <w:p w14:paraId="63AAB69E" w14:textId="3AF023F8" w:rsidR="00FC28E5" w:rsidRDefault="003E1A47">
      <w:r>
        <w:t xml:space="preserve">Last Employer / Unit: </w:t>
      </w:r>
      <w:sdt>
        <w:sdtPr>
          <w:tag w:val="LastEmployer"/>
          <w:id w:val="-889339865"/>
          <w:placeholder>
            <w:docPart w:val="0F484FCACC954F859FA809E231674573"/>
          </w:placeholder>
          <w:showingPlcHdr/>
          <w:text/>
        </w:sdtPr>
        <w:sdtEndPr/>
        <w:sdtContent>
          <w:r>
            <w:t xml:space="preserve">   </w:t>
          </w:r>
          <w:r w:rsidR="002C2EF5">
            <w:t>Please fill in here</w:t>
          </w:r>
          <w:r>
            <w:t xml:space="preserve">  </w:t>
          </w:r>
        </w:sdtContent>
      </w:sdt>
    </w:p>
    <w:p w14:paraId="272CB5A6" w14:textId="5825949F" w:rsidR="00FC28E5" w:rsidRDefault="003E1A47">
      <w:r>
        <w:t xml:space="preserve">Main Duties Performed: </w:t>
      </w:r>
      <w:sdt>
        <w:sdtPr>
          <w:tag w:val="MainDuties"/>
          <w:id w:val="-296986461"/>
          <w:placeholder>
            <w:docPart w:val="AC5AB8EA8285451281F1B36DC442C7B7"/>
          </w:placeholder>
          <w:showingPlcHdr/>
          <w:text/>
        </w:sdtPr>
        <w:sdtEndPr/>
        <w:sdtContent>
          <w:r>
            <w:t xml:space="preserve"> </w:t>
          </w:r>
          <w:r w:rsidR="002C2EF5">
            <w:t xml:space="preserve"> Please fill in here</w:t>
          </w:r>
          <w:r>
            <w:t xml:space="preserve">   </w:t>
          </w:r>
        </w:sdtContent>
      </w:sdt>
    </w:p>
    <w:p w14:paraId="79416A82" w14:textId="4945EE7A" w:rsidR="00FC28E5" w:rsidRDefault="003E1A47">
      <w:r>
        <w:t xml:space="preserve">Rank / Grade: </w:t>
      </w:r>
      <w:sdt>
        <w:sdtPr>
          <w:tag w:val="RankGrade"/>
          <w:id w:val="-1039815077"/>
          <w:placeholder>
            <w:docPart w:val="0ED51582CF2B4CC4A5F7E836C194F11C"/>
          </w:placeholder>
          <w:showingPlcHdr/>
          <w:text/>
        </w:sdtPr>
        <w:sdtEndPr/>
        <w:sdtContent>
          <w:r>
            <w:t xml:space="preserve">  </w:t>
          </w:r>
          <w:r w:rsidR="002C2EF5">
            <w:t>Please fill in here</w:t>
          </w:r>
          <w:r>
            <w:t xml:space="preserve">  </w:t>
          </w:r>
        </w:sdtContent>
      </w:sdt>
    </w:p>
    <w:p w14:paraId="5D9FE8D2" w14:textId="751C6F81" w:rsidR="00FC28E5" w:rsidRDefault="003E1A47">
      <w:r>
        <w:t xml:space="preserve">Sector: </w:t>
      </w:r>
      <w:sdt>
        <w:sdtPr>
          <w:tag w:val="Sector"/>
          <w:id w:val="1061987097"/>
          <w:dropDownList>
            <w:listItem w:displayText="Police" w:value="Police"/>
            <w:listItem w:displayText="Military" w:value="Military"/>
            <w:listItem w:displayText="Intelligence" w:value="Intelligence"/>
          </w:dropDownList>
        </w:sdtPr>
        <w:sdtEndPr/>
        <w:sdtContent>
          <w:r w:rsidR="002C2EF5">
            <w:t>Choose an item.</w:t>
          </w:r>
        </w:sdtContent>
      </w:sdt>
    </w:p>
    <w:p w14:paraId="5AB3BA32" w14:textId="77777777" w:rsidR="00FC28E5" w:rsidRDefault="003E1A47" w:rsidP="00564BB1">
      <w:pPr>
        <w:pStyle w:val="Subtitle"/>
      </w:pPr>
      <w:r>
        <w:t>5. LANGUAGE SKILLS</w:t>
      </w:r>
    </w:p>
    <w:p w14:paraId="3BFAFE4F" w14:textId="604DC37D" w:rsidR="00FC28E5" w:rsidRDefault="003E1A47">
      <w:r>
        <w:t xml:space="preserve">English Level: </w:t>
      </w:r>
      <w:sdt>
        <w:sdtPr>
          <w:tag w:val="EnglishLevel"/>
          <w:id w:val="1744141259"/>
          <w:dropDownList>
            <w:listItem w:displayText="Basic" w:value="Basic"/>
            <w:listItem w:displayText="Intermediate" w:value="Intermediate"/>
            <w:listItem w:displayText="Advanced" w:value="Advanced"/>
            <w:listItem w:displayText="Fluent" w:value="Fluent"/>
          </w:dropDownList>
        </w:sdtPr>
        <w:sdtEndPr/>
        <w:sdtContent>
          <w:r w:rsidR="00C62C1C" w:rsidRPr="00C62C1C">
            <w:t>Choose an item.</w:t>
          </w:r>
        </w:sdtContent>
      </w:sdt>
    </w:p>
    <w:p w14:paraId="26FAF6FD" w14:textId="0754D267" w:rsidR="00FC28E5" w:rsidRDefault="003E1A47">
      <w:r>
        <w:t xml:space="preserve">Second EU Language: </w:t>
      </w:r>
      <w:sdt>
        <w:sdtPr>
          <w:tag w:val="SecondLanguage"/>
          <w:id w:val="-2012052883"/>
          <w:placeholder>
            <w:docPart w:val="D5A12BE2DFC3487D8A4E59223E9EA553"/>
          </w:placeholder>
          <w:showingPlcHdr/>
          <w:text/>
        </w:sdtPr>
        <w:sdtEndPr/>
        <w:sdtContent>
          <w:r>
            <w:t xml:space="preserve">  </w:t>
          </w:r>
          <w:r w:rsidR="002C2EF5">
            <w:t>Please fill in here</w:t>
          </w:r>
          <w:r>
            <w:t xml:space="preserve">   </w:t>
          </w:r>
        </w:sdtContent>
      </w:sdt>
    </w:p>
    <w:p w14:paraId="04E21D08" w14:textId="038AB873" w:rsidR="00FC28E5" w:rsidRDefault="003E1A47">
      <w:r>
        <w:t xml:space="preserve">French Knowledge: </w:t>
      </w:r>
      <w:sdt>
        <w:sdtPr>
          <w:tag w:val="FrenchKnowledge"/>
          <w:id w:val="-276646505"/>
          <w:placeholder>
            <w:docPart w:val="DB940E3C04744699A1BC531AD17E45B2"/>
          </w:placeholder>
          <w:showingPlcHdr/>
          <w:dropDownList>
            <w:listItem w:displayText="Yes" w:value="Yes"/>
            <w:listItem w:displayText="No" w:value="No"/>
          </w:dropDownList>
        </w:sdtPr>
        <w:sdtEndPr/>
        <w:sdtContent>
          <w:r>
            <w:t xml:space="preserve">  </w:t>
          </w:r>
          <w:r w:rsidR="00C62C1C" w:rsidRPr="00C62C1C">
            <w:t>Choose an item.</w:t>
          </w:r>
          <w:r>
            <w:t xml:space="preserve">   </w:t>
          </w:r>
        </w:sdtContent>
      </w:sdt>
    </w:p>
    <w:p w14:paraId="71807C91" w14:textId="4333F180" w:rsidR="00FC28E5" w:rsidRDefault="003E1A47">
      <w:r>
        <w:t xml:space="preserve">Dutch Knowledge: </w:t>
      </w:r>
      <w:sdt>
        <w:sdtPr>
          <w:tag w:val="DutchKnowledge"/>
          <w:id w:val="-663472013"/>
          <w:placeholder>
            <w:docPart w:val="D6B3F508F40B4934840B83DF645DA012"/>
          </w:placeholder>
          <w:showingPlcHdr/>
          <w:dropDownList>
            <w:listItem w:displayText="Yes" w:value="Yes"/>
            <w:listItem w:displayText="No" w:value="No"/>
          </w:dropDownList>
        </w:sdtPr>
        <w:sdtEndPr/>
        <w:sdtContent>
          <w:r>
            <w:t xml:space="preserve">   </w:t>
          </w:r>
          <w:r w:rsidR="00C62C1C" w:rsidRPr="00C62C1C">
            <w:t>Choose an item.</w:t>
          </w:r>
          <w:r>
            <w:t xml:space="preserve">  </w:t>
          </w:r>
        </w:sdtContent>
      </w:sdt>
    </w:p>
    <w:p w14:paraId="6937BD83" w14:textId="77777777" w:rsidR="00FC28E5" w:rsidRDefault="003E1A47" w:rsidP="00564BB1">
      <w:pPr>
        <w:pStyle w:val="Subtitle"/>
      </w:pPr>
      <w:r>
        <w:t>6. ADDITIONAL COMPETENCES</w:t>
      </w:r>
    </w:p>
    <w:p w14:paraId="1A6E27BA" w14:textId="54AD2F8C" w:rsidR="00FC28E5" w:rsidRDefault="003E1A47">
      <w:r>
        <w:t xml:space="preserve">Category C Licence: </w:t>
      </w:r>
      <w:sdt>
        <w:sdtPr>
          <w:tag w:val="CategoryCLicence"/>
          <w:id w:val="-580994834"/>
          <w:placeholder>
            <w:docPart w:val="4A0F8D496A6B452C9721CED82AF34525"/>
          </w:placeholder>
          <w:showingPlcHdr/>
          <w:dropDownList>
            <w:listItem w:displayText="Yes" w:value="Yes"/>
            <w:listItem w:displayText="No" w:value="No"/>
          </w:dropDownList>
        </w:sdtPr>
        <w:sdtEndPr/>
        <w:sdtContent>
          <w:r>
            <w:t xml:space="preserve">   </w:t>
          </w:r>
          <w:r w:rsidR="00C62C1C" w:rsidRPr="00C62C1C">
            <w:t>Choose an item.</w:t>
          </w:r>
          <w:r>
            <w:t xml:space="preserve">  </w:t>
          </w:r>
        </w:sdtContent>
      </w:sdt>
    </w:p>
    <w:p w14:paraId="0EF6DBF2" w14:textId="2C477A2C" w:rsidR="00FC28E5" w:rsidRDefault="003E1A47">
      <w:r>
        <w:t xml:space="preserve">SWAT/Tactical Experience: </w:t>
      </w:r>
      <w:sdt>
        <w:sdtPr>
          <w:tag w:val="SWATExperience"/>
          <w:id w:val="-149749608"/>
          <w:placeholder>
            <w:docPart w:val="31ED81F0139843C29CD751E20DB5FEAC"/>
          </w:placeholder>
          <w:showingPlcHdr/>
          <w:dropDownList>
            <w:listItem w:displayText="Yes" w:value="Yes"/>
            <w:listItem w:displayText="No" w:value="No"/>
          </w:dropDownList>
        </w:sdtPr>
        <w:sdtEndPr/>
        <w:sdtContent>
          <w:r>
            <w:t xml:space="preserve">  </w:t>
          </w:r>
          <w:r w:rsidR="00C62C1C" w:rsidRPr="00C62C1C">
            <w:t>Choose an item.</w:t>
          </w:r>
          <w:r>
            <w:t xml:space="preserve">   </w:t>
          </w:r>
        </w:sdtContent>
      </w:sdt>
    </w:p>
    <w:p w14:paraId="2F60906E" w14:textId="51D1753A" w:rsidR="00FC28E5" w:rsidRDefault="003E1A47">
      <w:r>
        <w:t xml:space="preserve">Diplomatic Environment Experience: </w:t>
      </w:r>
      <w:sdt>
        <w:sdtPr>
          <w:tag w:val="DiplomaticExperience"/>
          <w:id w:val="384070583"/>
          <w:placeholder>
            <w:docPart w:val="6967F3C3E68548B3B112BB811CD61A97"/>
          </w:placeholder>
          <w:showingPlcHdr/>
          <w:dropDownList>
            <w:listItem w:displayText="Yes" w:value="Yes"/>
            <w:listItem w:displayText="No" w:value="No"/>
          </w:dropDownList>
        </w:sdtPr>
        <w:sdtEndPr/>
        <w:sdtContent>
          <w:r>
            <w:t xml:space="preserve">  </w:t>
          </w:r>
          <w:r w:rsidR="00C62C1C" w:rsidRPr="00C62C1C">
            <w:t>Choose an item.</w:t>
          </w:r>
          <w:r>
            <w:t xml:space="preserve">   </w:t>
          </w:r>
        </w:sdtContent>
      </w:sdt>
    </w:p>
    <w:p w14:paraId="2691AAAC" w14:textId="5C18737C" w:rsidR="00FC28E5" w:rsidRDefault="003E1A47">
      <w:r>
        <w:t xml:space="preserve">Instructor Certification: </w:t>
      </w:r>
      <w:sdt>
        <w:sdtPr>
          <w:tag w:val="InstructorCert"/>
          <w:id w:val="-1928182052"/>
          <w:placeholder>
            <w:docPart w:val="CCB04D59CF684766ACB67D88CEC580E3"/>
          </w:placeholder>
          <w:showingPlcHdr/>
          <w:text/>
        </w:sdtPr>
        <w:sdtEndPr/>
        <w:sdtContent>
          <w:r>
            <w:t xml:space="preserve">  </w:t>
          </w:r>
          <w:r w:rsidR="002C2EF5">
            <w:t>Please fill in here</w:t>
          </w:r>
          <w:r>
            <w:t xml:space="preserve">   </w:t>
          </w:r>
        </w:sdtContent>
      </w:sdt>
    </w:p>
    <w:p w14:paraId="3D4D52BD" w14:textId="77777777" w:rsidR="00FC28E5" w:rsidRDefault="003E1A47" w:rsidP="00564BB1">
      <w:pPr>
        <w:pStyle w:val="Subtitle"/>
      </w:pPr>
      <w:r>
        <w:t>7. DECLARATION AND SIGNATURE</w:t>
      </w:r>
    </w:p>
    <w:p w14:paraId="7AE4FDC8" w14:textId="5245169A" w:rsidR="00FC28E5" w:rsidRDefault="003E1A47">
      <w:r>
        <w:t xml:space="preserve">Date of Application: </w:t>
      </w:r>
      <w:sdt>
        <w:sdtPr>
          <w:tag w:val="DateOfApplication"/>
          <w:id w:val="1542247057"/>
          <w:placeholder>
            <w:docPart w:val="73AB6E53AA3B497A854047F64AF4B8A6"/>
          </w:placeholder>
          <w:showingPlcHdr/>
          <w:text/>
        </w:sdtPr>
        <w:sdtEndPr/>
        <w:sdtContent>
          <w:r>
            <w:t xml:space="preserve">     </w:t>
          </w:r>
        </w:sdtContent>
      </w:sdt>
    </w:p>
    <w:p w14:paraId="5091A7CD" w14:textId="77777777" w:rsidR="0090219E" w:rsidRDefault="0090219E"/>
    <w:p w14:paraId="57C0FAE5" w14:textId="08774F62" w:rsidR="0090219E" w:rsidRDefault="00420E09">
      <w:r w:rsidRPr="00420E09">
        <w:rPr>
          <w:i/>
          <w:iCs/>
        </w:rPr>
        <w:t>Applicants are required to complete all fields accurately, save the document in .docx format, and submit it by email along with all supporting documents.</w:t>
      </w:r>
    </w:p>
    <w:sectPr w:rsidR="0090219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7EC796A"/>
    <w:multiLevelType w:val="hybridMultilevel"/>
    <w:tmpl w:val="EC946740"/>
    <w:lvl w:ilvl="0" w:tplc="492A42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7749669">
    <w:abstractNumId w:val="8"/>
  </w:num>
  <w:num w:numId="2" w16cid:durableId="819343409">
    <w:abstractNumId w:val="6"/>
  </w:num>
  <w:num w:numId="3" w16cid:durableId="1791632329">
    <w:abstractNumId w:val="5"/>
  </w:num>
  <w:num w:numId="4" w16cid:durableId="192502444">
    <w:abstractNumId w:val="4"/>
  </w:num>
  <w:num w:numId="5" w16cid:durableId="424689965">
    <w:abstractNumId w:val="7"/>
  </w:num>
  <w:num w:numId="6" w16cid:durableId="1879586658">
    <w:abstractNumId w:val="3"/>
  </w:num>
  <w:num w:numId="7" w16cid:durableId="708727567">
    <w:abstractNumId w:val="2"/>
  </w:num>
  <w:num w:numId="8" w16cid:durableId="483353614">
    <w:abstractNumId w:val="1"/>
  </w:num>
  <w:num w:numId="9" w16cid:durableId="1804077729">
    <w:abstractNumId w:val="0"/>
  </w:num>
  <w:num w:numId="10" w16cid:durableId="103816495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OaGvFnLFfFCiW39f6vz7X46NuccqezskEp0lG2Wtp9LvUxY9Cl6SqjCOnwYxuV2V+mCFcIUAQoQlZCPLmSfbUw==" w:salt="74pHGAGIla6sYXbxY3AkLQ==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444CC"/>
    <w:rsid w:val="0006063C"/>
    <w:rsid w:val="000B4B45"/>
    <w:rsid w:val="0015074B"/>
    <w:rsid w:val="00184710"/>
    <w:rsid w:val="002713FB"/>
    <w:rsid w:val="0029639D"/>
    <w:rsid w:val="002C2EF5"/>
    <w:rsid w:val="002E4F4C"/>
    <w:rsid w:val="00326F90"/>
    <w:rsid w:val="003C307C"/>
    <w:rsid w:val="003E1A47"/>
    <w:rsid w:val="00420E09"/>
    <w:rsid w:val="00564BB1"/>
    <w:rsid w:val="00670F14"/>
    <w:rsid w:val="006E44E2"/>
    <w:rsid w:val="0072209C"/>
    <w:rsid w:val="00771376"/>
    <w:rsid w:val="007C2423"/>
    <w:rsid w:val="00840E85"/>
    <w:rsid w:val="0090219E"/>
    <w:rsid w:val="009849F9"/>
    <w:rsid w:val="00A53E8B"/>
    <w:rsid w:val="00AA02C9"/>
    <w:rsid w:val="00AA1D8D"/>
    <w:rsid w:val="00B47730"/>
    <w:rsid w:val="00C62C1C"/>
    <w:rsid w:val="00CB0664"/>
    <w:rsid w:val="00D27534"/>
    <w:rsid w:val="00D35A14"/>
    <w:rsid w:val="00D751A7"/>
    <w:rsid w:val="00D8219A"/>
    <w:rsid w:val="00E25B03"/>
    <w:rsid w:val="00F42C0D"/>
    <w:rsid w:val="00F971A9"/>
    <w:rsid w:val="00FB700E"/>
    <w:rsid w:val="00FC28E5"/>
    <w:rsid w:val="00FC693F"/>
    <w:rsid w:val="00FE0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70BECAD"/>
  <w14:defaultImageDpi w14:val="300"/>
  <w15:docId w15:val="{34C6D375-5F3B-4F37-9833-9B3B0BF87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ZCom">
    <w:name w:val="Z_Com"/>
    <w:basedOn w:val="Normal"/>
    <w:next w:val="Normal"/>
    <w:rsid w:val="00564BB1"/>
    <w:pPr>
      <w:widowControl w:val="0"/>
      <w:spacing w:before="90" w:after="0" w:line="240" w:lineRule="auto"/>
      <w:ind w:right="85"/>
    </w:pPr>
    <w:rPr>
      <w:rFonts w:ascii="Times New Roman" w:eastAsia="Times New Roman" w:hAnsi="Times New Roman" w:cs="Times New Roman"/>
      <w:sz w:val="24"/>
      <w:szCs w:val="20"/>
      <w:lang w:val="fr-FR" w:eastAsia="en-IE"/>
    </w:rPr>
  </w:style>
  <w:style w:type="paragraph" w:customStyle="1" w:styleId="ZDGName">
    <w:name w:val="Z_DGName"/>
    <w:basedOn w:val="Normal"/>
    <w:rsid w:val="00564BB1"/>
    <w:pPr>
      <w:widowControl w:val="0"/>
      <w:spacing w:after="0" w:line="240" w:lineRule="auto"/>
      <w:ind w:right="85"/>
    </w:pPr>
    <w:rPr>
      <w:rFonts w:ascii="Times New Roman" w:eastAsia="Times New Roman" w:hAnsi="Times New Roman" w:cs="Times New Roman"/>
      <w:sz w:val="16"/>
      <w:szCs w:val="20"/>
      <w:lang w:val="fr-FR" w:eastAsia="en-IE"/>
    </w:rPr>
  </w:style>
  <w:style w:type="paragraph" w:customStyle="1" w:styleId="ZFlag">
    <w:name w:val="Z_Flag"/>
    <w:basedOn w:val="Normal"/>
    <w:next w:val="Normal"/>
    <w:rsid w:val="00564BB1"/>
    <w:pPr>
      <w:widowControl w:val="0"/>
      <w:spacing w:after="0" w:line="240" w:lineRule="auto"/>
      <w:ind w:right="85"/>
      <w:jc w:val="both"/>
    </w:pPr>
    <w:rPr>
      <w:rFonts w:ascii="Times New Roman" w:eastAsia="Times New Roman" w:hAnsi="Times New Roman" w:cs="Times New Roman"/>
      <w:sz w:val="24"/>
      <w:szCs w:val="20"/>
      <w:lang w:val="fr-FR" w:eastAsia="en-IE"/>
    </w:rPr>
  </w:style>
  <w:style w:type="table" w:customStyle="1" w:styleId="TableLetterhead">
    <w:name w:val="Table Letterhead"/>
    <w:basedOn w:val="TableNormal"/>
    <w:semiHidden/>
    <w:rsid w:val="00564BB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fr-FR" w:eastAsia="en-IE"/>
    </w:rPr>
    <w:tblPr>
      <w:tblCellMar>
        <w:left w:w="0" w:type="dxa"/>
        <w:bottom w:w="340" w:type="dxa"/>
        <w:right w:w="0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7C242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936E9CD329744ADBFDD561C2EBED7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248C67-CA8C-4F2E-914D-A8B232A4DDAF}"/>
      </w:docPartPr>
      <w:docPartBody>
        <w:p w:rsidR="00FE7BD6" w:rsidRDefault="003F12EC">
          <w:r>
            <w:t xml:space="preserve">   Please fill in here   </w:t>
          </w:r>
        </w:p>
      </w:docPartBody>
    </w:docPart>
    <w:docPart>
      <w:docPartPr>
        <w:name w:val="EF287693973D453BB4B37326685060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EABE14-F3BD-4CC8-AC24-3FC72EC0C351}"/>
      </w:docPartPr>
      <w:docPartBody>
        <w:p w:rsidR="00FE7BD6" w:rsidRDefault="003F12EC">
          <w:r>
            <w:t xml:space="preserve">    Please fill in here </w:t>
          </w:r>
        </w:p>
      </w:docPartBody>
    </w:docPart>
    <w:docPart>
      <w:docPartPr>
        <w:name w:val="6C993446150C44B79B179AC1C5736E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559251-693C-4F32-8A3F-B9CC9E752D5C}"/>
      </w:docPartPr>
      <w:docPartBody>
        <w:p w:rsidR="00FE7BD6" w:rsidRDefault="003F12EC">
          <w:r>
            <w:t xml:space="preserve">   Please fill in here  </w:t>
          </w:r>
        </w:p>
      </w:docPartBody>
    </w:docPart>
    <w:docPart>
      <w:docPartPr>
        <w:name w:val="EF3697435EBE4F64939B3CD496CA39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8BBA00-4525-4F12-A3B9-82C0A8ACB15B}"/>
      </w:docPartPr>
      <w:docPartBody>
        <w:p w:rsidR="00FE7BD6" w:rsidRDefault="003F12EC">
          <w:r>
            <w:t xml:space="preserve">   Please fill in here  </w:t>
          </w:r>
        </w:p>
      </w:docPartBody>
    </w:docPart>
    <w:docPart>
      <w:docPartPr>
        <w:name w:val="5B5A6BF587ED4E35A4B5257B575366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BEF404-2BB9-43F2-94DB-463A24D01CB9}"/>
      </w:docPartPr>
      <w:docPartBody>
        <w:p w:rsidR="00FE7BD6" w:rsidRDefault="003F12EC">
          <w:r>
            <w:t xml:space="preserve">    Please fill in here </w:t>
          </w:r>
        </w:p>
      </w:docPartBody>
    </w:docPart>
    <w:docPart>
      <w:docPartPr>
        <w:name w:val="8F414C32531949A29D5CABF2E75380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19F7D4-D229-4CEC-93B0-B9C43B21823E}"/>
      </w:docPartPr>
      <w:docPartBody>
        <w:p w:rsidR="00FE7BD6" w:rsidRDefault="003F12EC">
          <w:r>
            <w:t xml:space="preserve">  Please fill in here   </w:t>
          </w:r>
        </w:p>
      </w:docPartBody>
    </w:docPart>
    <w:docPart>
      <w:docPartPr>
        <w:name w:val="AC55D6CD496D4AD3ACE1EBCB669F0A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319412-A019-480B-BD7F-89DA88B103AF}"/>
      </w:docPartPr>
      <w:docPartBody>
        <w:p w:rsidR="00FE7BD6" w:rsidRDefault="003F12EC">
          <w:r>
            <w:t xml:space="preserve">     </w:t>
          </w:r>
        </w:p>
      </w:docPartBody>
    </w:docPart>
    <w:docPart>
      <w:docPartPr>
        <w:name w:val="241935DE6BC249EB8A40A2D7EFF990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0908A-B985-400B-B3B8-5ED6FB6EDDB4}"/>
      </w:docPartPr>
      <w:docPartBody>
        <w:p w:rsidR="00FE7BD6" w:rsidRDefault="003F12EC">
          <w:r>
            <w:t xml:space="preserve">  </w:t>
          </w:r>
          <w:r w:rsidRPr="007C2423">
            <w:t>Choose an item.</w:t>
          </w:r>
          <w:r>
            <w:t xml:space="preserve">   </w:t>
          </w:r>
        </w:p>
      </w:docPartBody>
    </w:docPart>
    <w:docPart>
      <w:docPartPr>
        <w:name w:val="6E2296FCAB3845958F81DAB07FA6D8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1FF709-8DDF-4069-963F-201DCDE52978}"/>
      </w:docPartPr>
      <w:docPartBody>
        <w:p w:rsidR="00FE7BD6" w:rsidRDefault="003F12EC">
          <w:r>
            <w:t xml:space="preserve">   </w:t>
          </w:r>
          <w:r w:rsidRPr="007C2423">
            <w:t>Choose an item.</w:t>
          </w:r>
          <w:r>
            <w:t xml:space="preserve">  </w:t>
          </w:r>
        </w:p>
      </w:docPartBody>
    </w:docPart>
    <w:docPart>
      <w:docPartPr>
        <w:name w:val="D70BA089BD6A45E58365FFD58F344D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BD1316-84A6-4516-A660-4980FA2AC110}"/>
      </w:docPartPr>
      <w:docPartBody>
        <w:p w:rsidR="00FE7BD6" w:rsidRDefault="003F12EC">
          <w:r>
            <w:t xml:space="preserve">   </w:t>
          </w:r>
          <w:r w:rsidRPr="007C2423">
            <w:t>Choose an item.</w:t>
          </w:r>
          <w:r>
            <w:t xml:space="preserve">  </w:t>
          </w:r>
        </w:p>
      </w:docPartBody>
    </w:docPart>
    <w:docPart>
      <w:docPartPr>
        <w:name w:val="9C784CDE255745E8BACA04E1CB789C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7D3940-DFF8-4C45-8EBA-5A43BBF73359}"/>
      </w:docPartPr>
      <w:docPartBody>
        <w:p w:rsidR="00FE7BD6" w:rsidRDefault="003F12EC">
          <w:r>
            <w:t xml:space="preserve">   </w:t>
          </w:r>
          <w:r w:rsidRPr="007C2423">
            <w:t>Choose an item.</w:t>
          </w:r>
          <w:r>
            <w:t xml:space="preserve">  </w:t>
          </w:r>
        </w:p>
      </w:docPartBody>
    </w:docPart>
    <w:docPart>
      <w:docPartPr>
        <w:name w:val="15E9E3BBCBA942B39B33C5C240ECDC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8C40D4-5E55-499D-A14D-5C77E46C52EB}"/>
      </w:docPartPr>
      <w:docPartBody>
        <w:p w:rsidR="00FE7BD6" w:rsidRDefault="003F12EC">
          <w:r>
            <w:t xml:space="preserve">   Please fill in here  </w:t>
          </w:r>
        </w:p>
      </w:docPartBody>
    </w:docPart>
    <w:docPart>
      <w:docPartPr>
        <w:name w:val="817C5C6866B04C5786E0AB36732DF0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A8C8C9-7C81-4964-A895-FBDB9E05EEBC}"/>
      </w:docPartPr>
      <w:docPartBody>
        <w:p w:rsidR="00FE7BD6" w:rsidRDefault="003F12EC">
          <w:r>
            <w:t xml:space="preserve">    Please fill in here </w:t>
          </w:r>
        </w:p>
      </w:docPartBody>
    </w:docPart>
    <w:docPart>
      <w:docPartPr>
        <w:name w:val="F295B577AACB4F238EF2CAD409CFC8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DA7256-E9E3-41E9-96CC-3B4EC8C22A6C}"/>
      </w:docPartPr>
      <w:docPartBody>
        <w:p w:rsidR="00FE7BD6" w:rsidRDefault="003F12EC">
          <w:r>
            <w:t xml:space="preserve">   Please fill in here  </w:t>
          </w:r>
        </w:p>
      </w:docPartBody>
    </w:docPart>
    <w:docPart>
      <w:docPartPr>
        <w:name w:val="BD3F902DD6B340248A749ED6AAB0AF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27E51D-AF73-46F3-9A30-B90017385E85}"/>
      </w:docPartPr>
      <w:docPartBody>
        <w:p w:rsidR="00FE7BD6" w:rsidRDefault="003F12EC">
          <w:r>
            <w:t xml:space="preserve">  Please fill in here   </w:t>
          </w:r>
        </w:p>
      </w:docPartBody>
    </w:docPart>
    <w:docPart>
      <w:docPartPr>
        <w:name w:val="0F484FCACC954F859FA809E2316745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97495E-6310-48D2-B0A2-5C76B1053854}"/>
      </w:docPartPr>
      <w:docPartBody>
        <w:p w:rsidR="00FE7BD6" w:rsidRDefault="003F12EC">
          <w:r>
            <w:t xml:space="preserve">   Please fill in here  </w:t>
          </w:r>
        </w:p>
      </w:docPartBody>
    </w:docPart>
    <w:docPart>
      <w:docPartPr>
        <w:name w:val="AC5AB8EA8285451281F1B36DC442C7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69B368-3836-45FA-A9D1-71A003D9C33D}"/>
      </w:docPartPr>
      <w:docPartBody>
        <w:p w:rsidR="00FE7BD6" w:rsidRDefault="003F12EC">
          <w:r>
            <w:t xml:space="preserve">  Please fill in here   </w:t>
          </w:r>
        </w:p>
      </w:docPartBody>
    </w:docPart>
    <w:docPart>
      <w:docPartPr>
        <w:name w:val="0ED51582CF2B4CC4A5F7E836C194F1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CB54B8-F9DA-452D-9B07-07916E03241A}"/>
      </w:docPartPr>
      <w:docPartBody>
        <w:p w:rsidR="00FE7BD6" w:rsidRDefault="003F12EC">
          <w:r>
            <w:t xml:space="preserve">  Please fill in here  </w:t>
          </w:r>
        </w:p>
      </w:docPartBody>
    </w:docPart>
    <w:docPart>
      <w:docPartPr>
        <w:name w:val="D5A12BE2DFC3487D8A4E59223E9EA5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BBF60-C992-4DC4-99E7-0AB289678865}"/>
      </w:docPartPr>
      <w:docPartBody>
        <w:p w:rsidR="00FE7BD6" w:rsidRDefault="003F12EC">
          <w:r>
            <w:t xml:space="preserve">  Please fill in here   </w:t>
          </w:r>
        </w:p>
      </w:docPartBody>
    </w:docPart>
    <w:docPart>
      <w:docPartPr>
        <w:name w:val="DB940E3C04744699A1BC531AD17E45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8F93F3-EFAF-4A9C-A49A-B48EA86F22D4}"/>
      </w:docPartPr>
      <w:docPartBody>
        <w:p w:rsidR="00FE7BD6" w:rsidRDefault="003F12EC">
          <w:r>
            <w:t xml:space="preserve">  </w:t>
          </w:r>
          <w:r w:rsidRPr="00C62C1C">
            <w:t>Choose an item.</w:t>
          </w:r>
          <w:r>
            <w:t xml:space="preserve">   </w:t>
          </w:r>
        </w:p>
      </w:docPartBody>
    </w:docPart>
    <w:docPart>
      <w:docPartPr>
        <w:name w:val="D6B3F508F40B4934840B83DF645DA0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9B2DAB-6ED7-4CA1-AAA2-51E6F4430E61}"/>
      </w:docPartPr>
      <w:docPartBody>
        <w:p w:rsidR="00FE7BD6" w:rsidRDefault="003F12EC">
          <w:r>
            <w:t xml:space="preserve">   </w:t>
          </w:r>
          <w:r w:rsidRPr="00C62C1C">
            <w:t>Choose an item.</w:t>
          </w:r>
          <w:r>
            <w:t xml:space="preserve">  </w:t>
          </w:r>
        </w:p>
      </w:docPartBody>
    </w:docPart>
    <w:docPart>
      <w:docPartPr>
        <w:name w:val="4A0F8D496A6B452C9721CED82AF345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14150B-857B-448A-A7C4-22998A20E364}"/>
      </w:docPartPr>
      <w:docPartBody>
        <w:p w:rsidR="00FE7BD6" w:rsidRDefault="003F12EC">
          <w:r>
            <w:t xml:space="preserve">   </w:t>
          </w:r>
          <w:r w:rsidRPr="00C62C1C">
            <w:t>Choose an item.</w:t>
          </w:r>
          <w:r>
            <w:t xml:space="preserve">  </w:t>
          </w:r>
        </w:p>
      </w:docPartBody>
    </w:docPart>
    <w:docPart>
      <w:docPartPr>
        <w:name w:val="31ED81F0139843C29CD751E20DB5FE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8EED92-2F14-4232-87CE-8F27A26082EE}"/>
      </w:docPartPr>
      <w:docPartBody>
        <w:p w:rsidR="00FE7BD6" w:rsidRDefault="003F12EC">
          <w:r>
            <w:t xml:space="preserve">  </w:t>
          </w:r>
          <w:r w:rsidRPr="00C62C1C">
            <w:t>Choose an item.</w:t>
          </w:r>
          <w:r>
            <w:t xml:space="preserve">   </w:t>
          </w:r>
        </w:p>
      </w:docPartBody>
    </w:docPart>
    <w:docPart>
      <w:docPartPr>
        <w:name w:val="6967F3C3E68548B3B112BB811CD61A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F89447-DC66-422B-9AA9-70B63389903D}"/>
      </w:docPartPr>
      <w:docPartBody>
        <w:p w:rsidR="00FE7BD6" w:rsidRDefault="003F12EC">
          <w:r>
            <w:t xml:space="preserve">  </w:t>
          </w:r>
          <w:r w:rsidRPr="00C62C1C">
            <w:t>Choose an item.</w:t>
          </w:r>
          <w:r>
            <w:t xml:space="preserve">   </w:t>
          </w:r>
        </w:p>
      </w:docPartBody>
    </w:docPart>
    <w:docPart>
      <w:docPartPr>
        <w:name w:val="CCB04D59CF684766ACB67D88CEC58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CF7486-913F-4CBF-B607-32BC2084D3E8}"/>
      </w:docPartPr>
      <w:docPartBody>
        <w:p w:rsidR="00FE7BD6" w:rsidRDefault="003F12EC">
          <w:r>
            <w:t xml:space="preserve">  Please fill in here   </w:t>
          </w:r>
        </w:p>
      </w:docPartBody>
    </w:docPart>
    <w:docPart>
      <w:docPartPr>
        <w:name w:val="73AB6E53AA3B497A854047F64AF4B8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893EBB-D548-42ED-BD4D-F957A52B8930}"/>
      </w:docPartPr>
      <w:docPartBody>
        <w:p w:rsidR="00FE7BD6" w:rsidRDefault="003F12EC">
          <w:r>
            <w:t xml:space="preserve">     </w:t>
          </w:r>
        </w:p>
      </w:docPartBody>
    </w:docPart>
    <w:docPart>
      <w:docPartPr>
        <w:name w:val="51AE14E33D8848A4AD037909713B5E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025230-7318-444C-BDAD-22F3AABD9EC7}"/>
      </w:docPartPr>
      <w:docPartBody>
        <w:p w:rsidR="00FE7BD6" w:rsidRDefault="003F12EC">
          <w:r>
            <w:t xml:space="preserve">  </w:t>
          </w:r>
          <w:r w:rsidRPr="007C2423">
            <w:t>Choose an item.</w:t>
          </w:r>
          <w:r>
            <w:t xml:space="preserve">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2EC"/>
    <w:rsid w:val="003F12EC"/>
    <w:rsid w:val="00840E85"/>
    <w:rsid w:val="00D8219A"/>
    <w:rsid w:val="00FE7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E" w:eastAsia="en-I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F12EC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275</Words>
  <Characters>1451</Characters>
  <Application>Microsoft Office Word</Application>
  <DocSecurity>4</DocSecurity>
  <Lines>53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DRUBIGNY Laureline (HR)</cp:lastModifiedBy>
  <cp:revision>2</cp:revision>
  <dcterms:created xsi:type="dcterms:W3CDTF">2026-04-14T13:59:00Z</dcterms:created>
  <dcterms:modified xsi:type="dcterms:W3CDTF">2026-04-14T13:59:00Z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d9ddd1-4d20-43f6-abfa-fc3c07406f94_Enabled">
    <vt:lpwstr>true</vt:lpwstr>
  </property>
  <property fmtid="{D5CDD505-2E9C-101B-9397-08002B2CF9AE}" pid="3" name="MSIP_Label_6bd9ddd1-4d20-43f6-abfa-fc3c07406f94_SetDate">
    <vt:lpwstr>2025-10-14T13:32:23Z</vt:lpwstr>
  </property>
  <property fmtid="{D5CDD505-2E9C-101B-9397-08002B2CF9AE}" pid="4" name="MSIP_Label_6bd9ddd1-4d20-43f6-abfa-fc3c07406f94_Method">
    <vt:lpwstr>Standard</vt:lpwstr>
  </property>
  <property fmtid="{D5CDD505-2E9C-101B-9397-08002B2CF9AE}" pid="5" name="MSIP_Label_6bd9ddd1-4d20-43f6-abfa-fc3c07406f94_Name">
    <vt:lpwstr>Commission Use</vt:lpwstr>
  </property>
  <property fmtid="{D5CDD505-2E9C-101B-9397-08002B2CF9AE}" pid="6" name="MSIP_Label_6bd9ddd1-4d20-43f6-abfa-fc3c07406f94_SiteId">
    <vt:lpwstr>b24c8b06-522c-46fe-9080-70926f8dddb1</vt:lpwstr>
  </property>
  <property fmtid="{D5CDD505-2E9C-101B-9397-08002B2CF9AE}" pid="7" name="MSIP_Label_6bd9ddd1-4d20-43f6-abfa-fc3c07406f94_ActionId">
    <vt:lpwstr>c58732c9-375b-4c06-96ae-7bbfbb74777c</vt:lpwstr>
  </property>
  <property fmtid="{D5CDD505-2E9C-101B-9397-08002B2CF9AE}" pid="8" name="MSIP_Label_6bd9ddd1-4d20-43f6-abfa-fc3c07406f94_ContentBits">
    <vt:lpwstr>0</vt:lpwstr>
  </property>
  <property fmtid="{D5CDD505-2E9C-101B-9397-08002B2CF9AE}" pid="9" name="MSIP_Label_6bd9ddd1-4d20-43f6-abfa-fc3c07406f94_Tag">
    <vt:lpwstr>10, 3, 0, 1</vt:lpwstr>
  </property>
</Properties>
</file>